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6283" w14:textId="2FFC6271" w:rsidR="00DA4256" w:rsidRDefault="00054CCA">
      <w:pPr>
        <w:pStyle w:val="Heading1"/>
      </w:pPr>
      <w:r>
        <w:t xml:space="preserve">ERA User Guide: </w:t>
      </w:r>
      <w:r>
        <w:t>Searching for an evacuee with ID</w:t>
      </w:r>
    </w:p>
    <w:p w14:paraId="4F021654" w14:textId="77777777" w:rsidR="00DA4256" w:rsidRDefault="00054CCA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</w:p>
    <w:p w14:paraId="1E1F6D15" w14:textId="77777777" w:rsidR="00DA4256" w:rsidRDefault="00054CCA">
      <w:r>
        <w:rPr>
          <w:noProof/>
        </w:rPr>
        <w:drawing>
          <wp:inline distT="0" distB="0" distL="0" distR="0" wp14:anchorId="408D5047" wp14:editId="084D9534">
            <wp:extent cx="5486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774f5caa4d4fd187c11e4cf40d68e0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8CEE" w14:textId="77777777" w:rsidR="00DA4256" w:rsidRDefault="00054CCA">
      <w:pPr>
        <w:pStyle w:val="ListNumber"/>
        <w:keepNext/>
      </w:pPr>
      <w:r>
        <w:lastRenderedPageBreak/>
        <w:t>Scroll down and click "Responder Portal Login"</w:t>
      </w:r>
    </w:p>
    <w:p w14:paraId="7B33592E" w14:textId="77777777" w:rsidR="00DA4256" w:rsidRDefault="00054CCA">
      <w:r>
        <w:rPr>
          <w:noProof/>
        </w:rPr>
        <w:drawing>
          <wp:inline distT="0" distB="0" distL="0" distR="0" wp14:anchorId="2361A477" wp14:editId="73EF2206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b9bc3e43854ea28315f2c7fe808678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27ED" w14:textId="77777777" w:rsidR="00DA4256" w:rsidRDefault="00054CCA">
      <w:pPr>
        <w:pStyle w:val="ListNumber"/>
        <w:keepNext/>
      </w:pPr>
      <w:r>
        <w:t>Click "Log in to Live"</w:t>
      </w:r>
    </w:p>
    <w:p w14:paraId="6D95B6CA" w14:textId="77777777" w:rsidR="00DA4256" w:rsidRDefault="00054CCA">
      <w:r>
        <w:rPr>
          <w:noProof/>
        </w:rPr>
        <w:drawing>
          <wp:inline distT="0" distB="0" distL="0" distR="0" wp14:anchorId="37F9343F" wp14:editId="6E56164C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ea571c37eb491c9c4ad4cb0aa3fb0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61CA" w14:textId="77777777" w:rsidR="00DA4256" w:rsidRDefault="00054CCA">
      <w:pPr>
        <w:pStyle w:val="ListNumber"/>
        <w:keepNext/>
      </w:pPr>
      <w:r>
        <w:lastRenderedPageBreak/>
        <w:t>Enter your BCeID</w:t>
      </w:r>
    </w:p>
    <w:p w14:paraId="41BE4658" w14:textId="77777777" w:rsidR="00DA4256" w:rsidRDefault="00054CCA">
      <w:r>
        <w:rPr>
          <w:noProof/>
        </w:rPr>
        <w:drawing>
          <wp:inline distT="0" distB="0" distL="0" distR="0" wp14:anchorId="77A25166" wp14:editId="2919B68F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4deef91623480b93f7ee27d0f5ebd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6E25" w14:textId="77777777" w:rsidR="00DA4256" w:rsidRDefault="00054CCA">
      <w:pPr>
        <w:pStyle w:val="ListNumber"/>
        <w:keepNext/>
      </w:pPr>
      <w:r>
        <w:t>Enter your Password</w:t>
      </w:r>
    </w:p>
    <w:p w14:paraId="2197428E" w14:textId="77777777" w:rsidR="00DA4256" w:rsidRDefault="00054CCA">
      <w:r>
        <w:rPr>
          <w:noProof/>
        </w:rPr>
        <w:drawing>
          <wp:inline distT="0" distB="0" distL="0" distR="0" wp14:anchorId="5A7D5334" wp14:editId="14EDE821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f5730601447868ab35db6cfbc111d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1581" w14:textId="77777777" w:rsidR="00DA4256" w:rsidRDefault="00054CCA">
      <w:pPr>
        <w:pStyle w:val="ListNumber"/>
        <w:keepNext/>
      </w:pPr>
      <w:r>
        <w:lastRenderedPageBreak/>
        <w:t>Click "Continue".</w:t>
      </w:r>
    </w:p>
    <w:p w14:paraId="5002E07C" w14:textId="77777777" w:rsidR="00DA4256" w:rsidRDefault="00054CCA">
      <w:r>
        <w:rPr>
          <w:noProof/>
        </w:rPr>
        <w:drawing>
          <wp:inline distT="0" distB="0" distL="0" distR="0" wp14:anchorId="05EF0598" wp14:editId="3DB65643">
            <wp:extent cx="5486400" cy="306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58e8b725ec4adb91421ffc8586f25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E119" w14:textId="77777777" w:rsidR="00DA4256" w:rsidRDefault="00054CCA">
      <w:pPr>
        <w:pStyle w:val="ListNumber"/>
        <w:keepNext/>
      </w:pPr>
      <w:r>
        <w:t>Click "Sign in to the Task #"</w:t>
      </w:r>
    </w:p>
    <w:p w14:paraId="344A2CB6" w14:textId="77777777" w:rsidR="00DA4256" w:rsidRDefault="00054CCA">
      <w:r>
        <w:rPr>
          <w:noProof/>
        </w:rPr>
        <w:drawing>
          <wp:inline distT="0" distB="0" distL="0" distR="0" wp14:anchorId="17180B1B" wp14:editId="106EB838">
            <wp:extent cx="5486400" cy="306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d35a9c0f6b4b7e86cde57699c3e76a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178A" w14:textId="77777777" w:rsidR="00DA4256" w:rsidRDefault="00054CCA">
      <w:pPr>
        <w:pStyle w:val="ListNumber"/>
        <w:keepNext/>
      </w:pPr>
      <w:r>
        <w:lastRenderedPageBreak/>
        <w:t>Click the "Enter Task #" field and enter your task number</w:t>
      </w:r>
    </w:p>
    <w:p w14:paraId="116DBF4F" w14:textId="77777777" w:rsidR="00DA4256" w:rsidRDefault="00054CCA">
      <w:r>
        <w:rPr>
          <w:noProof/>
        </w:rPr>
        <w:drawing>
          <wp:inline distT="0" distB="0" distL="0" distR="0" wp14:anchorId="029DF2AC" wp14:editId="0073580D">
            <wp:extent cx="5486400" cy="306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25f74e9754c518da1a08672ccad1f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F9B0" w14:textId="77777777" w:rsidR="00DA4256" w:rsidRDefault="00054CCA">
      <w:pPr>
        <w:pStyle w:val="ListNumber"/>
        <w:keepNext/>
      </w:pPr>
      <w:r>
        <w:t>Click "Submit"</w:t>
      </w:r>
    </w:p>
    <w:p w14:paraId="4F87B36C" w14:textId="77777777" w:rsidR="00DA4256" w:rsidRDefault="00054CCA">
      <w:r>
        <w:rPr>
          <w:noProof/>
        </w:rPr>
        <w:drawing>
          <wp:inline distT="0" distB="0" distL="0" distR="0" wp14:anchorId="64059A9A" wp14:editId="4608F967">
            <wp:extent cx="5486400" cy="3063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3d406001545608c8dbd55a5771ee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11F3" w14:textId="77777777" w:rsidR="00DA4256" w:rsidRDefault="00054CCA">
      <w:pPr>
        <w:pStyle w:val="ListNumber"/>
        <w:keepNext/>
      </w:pPr>
      <w:r>
        <w:lastRenderedPageBreak/>
        <w:t>Click "Sign in to Task"</w:t>
      </w:r>
    </w:p>
    <w:p w14:paraId="71EC5757" w14:textId="77777777" w:rsidR="00DA4256" w:rsidRDefault="00054CCA">
      <w:r>
        <w:rPr>
          <w:noProof/>
        </w:rPr>
        <w:drawing>
          <wp:inline distT="0" distB="0" distL="0" distR="0" wp14:anchorId="6154CDFD" wp14:editId="0D6F607E">
            <wp:extent cx="5486400" cy="306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796a06465e49a2aef7b0f5b631cac9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8A10" w14:textId="77777777" w:rsidR="00DA4256" w:rsidRDefault="00054CCA">
      <w:pPr>
        <w:pStyle w:val="ListNumber"/>
        <w:keepNext/>
      </w:pPr>
      <w:r>
        <w:t>Click the "I am doing evacuee registration &amp; extensions" field.</w:t>
      </w:r>
    </w:p>
    <w:p w14:paraId="24C03931" w14:textId="77777777" w:rsidR="00DA4256" w:rsidRDefault="00054CCA">
      <w:r>
        <w:rPr>
          <w:noProof/>
        </w:rPr>
        <w:drawing>
          <wp:inline distT="0" distB="0" distL="0" distR="0" wp14:anchorId="04D585BD" wp14:editId="0E784D79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92be73501349ccb911baada5826bf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DB2C" w14:textId="77777777" w:rsidR="00DA4256" w:rsidRDefault="00054CCA">
      <w:pPr>
        <w:pStyle w:val="ListNumber"/>
        <w:keepNext/>
      </w:pPr>
      <w:r>
        <w:lastRenderedPageBreak/>
        <w:t>Click "Next"</w:t>
      </w:r>
    </w:p>
    <w:p w14:paraId="3B0B270A" w14:textId="77777777" w:rsidR="00DA4256" w:rsidRDefault="00054CCA">
      <w:r>
        <w:rPr>
          <w:noProof/>
        </w:rPr>
        <w:drawing>
          <wp:inline distT="0" distB="0" distL="0" distR="0" wp14:anchorId="3840DC12" wp14:editId="2B477276">
            <wp:extent cx="5486400" cy="3063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7e93944ea049f6bb0e24b4bfc64a4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6E72" w14:textId="77777777" w:rsidR="00DA4256" w:rsidRDefault="00054CCA">
      <w:pPr>
        <w:pStyle w:val="ListNumber"/>
        <w:keepNext/>
      </w:pPr>
      <w:r>
        <w:t>Click the "Yes - the evacuee did provide valid government issued photo identification." field.</w:t>
      </w:r>
    </w:p>
    <w:p w14:paraId="3DCACDA7" w14:textId="77777777" w:rsidR="00DA4256" w:rsidRDefault="00054CCA">
      <w:r>
        <w:rPr>
          <w:noProof/>
        </w:rPr>
        <w:drawing>
          <wp:inline distT="0" distB="0" distL="0" distR="0" wp14:anchorId="6EFEDD20" wp14:editId="427600AC">
            <wp:extent cx="5486400" cy="306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906ffcdfe9447599d6b1a4d52fa76e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4906" w14:textId="77777777" w:rsidR="00DA4256" w:rsidRDefault="00054CCA">
      <w:pPr>
        <w:pStyle w:val="ListNumber"/>
        <w:keepNext/>
      </w:pPr>
      <w:r>
        <w:lastRenderedPageBreak/>
        <w:t>Click "Next"</w:t>
      </w:r>
    </w:p>
    <w:p w14:paraId="453E3E5A" w14:textId="77777777" w:rsidR="00DA4256" w:rsidRDefault="00054CCA">
      <w:r>
        <w:rPr>
          <w:noProof/>
        </w:rPr>
        <w:drawing>
          <wp:inline distT="0" distB="0" distL="0" distR="0" wp14:anchorId="44049DA0" wp14:editId="001FE67C">
            <wp:extent cx="5486400" cy="3063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a72f60342e412896ce78b72c776d4e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CDFF" w14:textId="77777777" w:rsidR="00DA4256" w:rsidRDefault="00054CCA">
      <w:pPr>
        <w:pStyle w:val="ListNumber"/>
        <w:keepNext/>
      </w:pPr>
      <w:r>
        <w:t>Click "Last Name" and enter evacuee last name</w:t>
      </w:r>
    </w:p>
    <w:p w14:paraId="6DED9E87" w14:textId="77777777" w:rsidR="00DA4256" w:rsidRDefault="00054CCA">
      <w:r>
        <w:rPr>
          <w:noProof/>
        </w:rPr>
        <w:drawing>
          <wp:inline distT="0" distB="0" distL="0" distR="0" wp14:anchorId="62D9D0FA" wp14:editId="5932EDEC">
            <wp:extent cx="5486400" cy="3063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27d1d952994d2cbb32ae5ee93e64b0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9AA7" w14:textId="77777777" w:rsidR="00DA4256" w:rsidRDefault="00054CCA">
      <w:pPr>
        <w:pStyle w:val="ListNumber"/>
        <w:keepNext/>
      </w:pPr>
      <w:r>
        <w:lastRenderedPageBreak/>
        <w:t>Click "First Name" and enter evacuee first name</w:t>
      </w:r>
    </w:p>
    <w:p w14:paraId="0324CB05" w14:textId="77777777" w:rsidR="00DA4256" w:rsidRDefault="00054CCA">
      <w:r>
        <w:rPr>
          <w:noProof/>
        </w:rPr>
        <w:drawing>
          <wp:inline distT="0" distB="0" distL="0" distR="0" wp14:anchorId="11DE5C91" wp14:editId="1A91D462">
            <wp:extent cx="5486400" cy="3063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ea719dda62463d82807420e77c9129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23D5" w14:textId="77777777" w:rsidR="00DA4256" w:rsidRDefault="00054CCA">
      <w:pPr>
        <w:pStyle w:val="ListNumber"/>
        <w:keepNext/>
      </w:pPr>
      <w:r>
        <w:t>Click the "Date of Birth" field and enter evacuee date of birth</w:t>
      </w:r>
    </w:p>
    <w:p w14:paraId="02A471E2" w14:textId="77777777" w:rsidR="00DA4256" w:rsidRDefault="00054CCA">
      <w:r>
        <w:rPr>
          <w:noProof/>
        </w:rPr>
        <w:drawing>
          <wp:inline distT="0" distB="0" distL="0" distR="0" wp14:anchorId="678D85CC" wp14:editId="3B52C6EA">
            <wp:extent cx="5486400" cy="3063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dd738891f434abbd35d02bcc36d7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AADD" w14:textId="77777777" w:rsidR="00DA4256" w:rsidRDefault="00054CCA">
      <w:pPr>
        <w:pStyle w:val="ListNumber"/>
        <w:keepNext/>
      </w:pPr>
      <w:r>
        <w:lastRenderedPageBreak/>
        <w:t>Click "search"</w:t>
      </w:r>
    </w:p>
    <w:p w14:paraId="2FF4D03B" w14:textId="77777777" w:rsidR="00DA4256" w:rsidRDefault="00054CCA">
      <w:r>
        <w:rPr>
          <w:noProof/>
        </w:rPr>
        <w:drawing>
          <wp:inline distT="0" distB="0" distL="0" distR="0" wp14:anchorId="71A5D6BF" wp14:editId="022C5221">
            <wp:extent cx="5486400" cy="3063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e4c03805d9478aba2b61ca00d2e20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4039" w14:textId="77777777" w:rsidR="00DA4256" w:rsidRDefault="00054CCA">
      <w:pPr>
        <w:pStyle w:val="ListNumber"/>
        <w:keepNext/>
      </w:pPr>
      <w:r>
        <w:t>After viewing the search results, click on the name of the profile you'd like to view</w:t>
      </w:r>
    </w:p>
    <w:p w14:paraId="3EDDADEA" w14:textId="77777777" w:rsidR="00DA4256" w:rsidRDefault="00054CCA">
      <w:r>
        <w:rPr>
          <w:noProof/>
        </w:rPr>
        <w:drawing>
          <wp:inline distT="0" distB="0" distL="0" distR="0" wp14:anchorId="79576F76" wp14:editId="2A5BF9E8">
            <wp:extent cx="5486400" cy="3063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b1ef627465464881065449e99c51cc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B05D" w14:textId="77777777" w:rsidR="00DA4256" w:rsidRDefault="00054CCA">
      <w:pPr>
        <w:pStyle w:val="ListNumber"/>
        <w:keepNext/>
      </w:pPr>
      <w:r>
        <w:lastRenderedPageBreak/>
        <w:t>Click on the reason why you are accessing the profile</w:t>
      </w:r>
    </w:p>
    <w:p w14:paraId="2D2BCF21" w14:textId="77777777" w:rsidR="00DA4256" w:rsidRDefault="00054CCA">
      <w:r>
        <w:rPr>
          <w:noProof/>
        </w:rPr>
        <w:drawing>
          <wp:inline distT="0" distB="0" distL="0" distR="0" wp14:anchorId="258F0363" wp14:editId="7A81B917">
            <wp:extent cx="5486400" cy="30586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d72f8385b4ab8a4dcfb044dbcef80.webp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FBAF" w14:textId="77777777" w:rsidR="00DA4256" w:rsidRDefault="00054CCA">
      <w:pPr>
        <w:pStyle w:val="ListNumber"/>
        <w:keepNext/>
      </w:pPr>
      <w:r>
        <w:t>Click "Proceed to Profile"</w:t>
      </w:r>
    </w:p>
    <w:p w14:paraId="5485221E" w14:textId="77777777" w:rsidR="00DA4256" w:rsidRDefault="00054CCA">
      <w:r>
        <w:rPr>
          <w:noProof/>
        </w:rPr>
        <w:drawing>
          <wp:inline distT="0" distB="0" distL="0" distR="0" wp14:anchorId="5DA6962C" wp14:editId="5ADC08B3">
            <wp:extent cx="5486400" cy="3063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c6f3c63c243aa99f0591a68037c71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C5EC" w14:textId="77777777" w:rsidR="00DA4256" w:rsidRDefault="00054CCA">
      <w:pPr>
        <w:pStyle w:val="ListNumber"/>
        <w:keepNext/>
      </w:pPr>
      <w:r>
        <w:lastRenderedPageBreak/>
        <w:t>You will now be directed to the evacuee profile homepage</w:t>
      </w:r>
    </w:p>
    <w:p w14:paraId="0B07AD3A" w14:textId="77777777" w:rsidR="00DA4256" w:rsidRDefault="00054CCA">
      <w:r>
        <w:rPr>
          <w:noProof/>
        </w:rPr>
        <w:drawing>
          <wp:inline distT="0" distB="0" distL="0" distR="0" wp14:anchorId="46469863" wp14:editId="1D50F43F">
            <wp:extent cx="5486400" cy="3063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6714a8b9c449e9b1c2bc63f8f5846d.webp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25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44478011">
    <w:abstractNumId w:val="8"/>
  </w:num>
  <w:num w:numId="2" w16cid:durableId="386493542">
    <w:abstractNumId w:val="6"/>
  </w:num>
  <w:num w:numId="3" w16cid:durableId="233200591">
    <w:abstractNumId w:val="5"/>
  </w:num>
  <w:num w:numId="4" w16cid:durableId="1331904326">
    <w:abstractNumId w:val="4"/>
  </w:num>
  <w:num w:numId="5" w16cid:durableId="850802839">
    <w:abstractNumId w:val="7"/>
  </w:num>
  <w:num w:numId="6" w16cid:durableId="595791776">
    <w:abstractNumId w:val="3"/>
  </w:num>
  <w:num w:numId="7" w16cid:durableId="307444561">
    <w:abstractNumId w:val="2"/>
  </w:num>
  <w:num w:numId="8" w16cid:durableId="1412847833">
    <w:abstractNumId w:val="1"/>
  </w:num>
  <w:num w:numId="9" w16cid:durableId="1775401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4CCA"/>
    <w:rsid w:val="0006063C"/>
    <w:rsid w:val="0015074B"/>
    <w:rsid w:val="0029639D"/>
    <w:rsid w:val="00326F90"/>
    <w:rsid w:val="009E54D7"/>
    <w:rsid w:val="00AA1D8D"/>
    <w:rsid w:val="00B47730"/>
    <w:rsid w:val="00CB0664"/>
    <w:rsid w:val="00DA425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B11722"/>
  <w14:defaultImageDpi w14:val="300"/>
  <w15:docId w15:val="{C96D3C08-D44D-469F-AFDF-1A4A886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web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web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web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2025-07-14T18:35:00Z</dcterms:created>
  <dcterms:modified xsi:type="dcterms:W3CDTF">2025-07-14T18:35:00Z</dcterms:modified>
  <cp:category/>
</cp:coreProperties>
</file>