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ebp" ContentType="image/g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DFB6E" w14:textId="62664C4C" w:rsidR="00066067" w:rsidRDefault="008E5362">
      <w:pPr>
        <w:pStyle w:val="Heading1"/>
      </w:pPr>
      <w:r>
        <w:t xml:space="preserve">ERA user Guide: </w:t>
      </w:r>
      <w:r>
        <w:t>Log-in to ERA Profile using mobile device</w:t>
      </w:r>
    </w:p>
    <w:p w14:paraId="6F537510" w14:textId="77777777" w:rsidR="00066067" w:rsidRDefault="008E5362">
      <w:pPr>
        <w:pStyle w:val="ListNumber"/>
        <w:keepNext/>
      </w:pPr>
      <w:r>
        <w:t>Open the "BC Services Card App"</w:t>
      </w:r>
    </w:p>
    <w:p w14:paraId="6FBED94D" w14:textId="77777777" w:rsidR="00066067" w:rsidRDefault="008E5362">
      <w:r>
        <w:rPr>
          <w:noProof/>
        </w:rPr>
        <w:drawing>
          <wp:inline distT="0" distB="0" distL="0" distR="0" wp14:anchorId="62A14964" wp14:editId="6089741E">
            <wp:extent cx="1160907" cy="251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f12da3d9ce4a1d9f4ee1e57ba58096.web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4DCC" w14:textId="77777777" w:rsidR="00066067" w:rsidRDefault="008E5362">
      <w:pPr>
        <w:pStyle w:val="ListNumber"/>
        <w:keepNext/>
      </w:pPr>
      <w:r>
        <w:t>Click "Services"</w:t>
      </w:r>
    </w:p>
    <w:p w14:paraId="1EEC311A" w14:textId="77777777" w:rsidR="00066067" w:rsidRDefault="008E5362">
      <w:r>
        <w:rPr>
          <w:noProof/>
        </w:rPr>
        <w:drawing>
          <wp:inline distT="0" distB="0" distL="0" distR="0" wp14:anchorId="1438873B" wp14:editId="57A89E3A">
            <wp:extent cx="1160907" cy="251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984ef734d432bb6f9c190744c0ae6.web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46971" w14:textId="77777777" w:rsidR="00066067" w:rsidRDefault="008E5362">
      <w:pPr>
        <w:pStyle w:val="ListNumber"/>
        <w:keepNext/>
      </w:pPr>
      <w:r>
        <w:lastRenderedPageBreak/>
        <w:t>Click "Evacuee Registration and Assistance"</w:t>
      </w:r>
    </w:p>
    <w:p w14:paraId="1DEDFA55" w14:textId="77777777" w:rsidR="00066067" w:rsidRDefault="008E5362">
      <w:r>
        <w:rPr>
          <w:noProof/>
        </w:rPr>
        <w:drawing>
          <wp:inline distT="0" distB="0" distL="0" distR="0" wp14:anchorId="7ACAEEF5" wp14:editId="563E2FAE">
            <wp:extent cx="1160907" cy="251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ad06e38b1c4678ad97a1797c01715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94008" w14:textId="77777777" w:rsidR="00066067" w:rsidRDefault="008E5362">
      <w:pPr>
        <w:pStyle w:val="ListNumber"/>
        <w:keepNext/>
      </w:pPr>
      <w:r>
        <w:t>Click "Go to Evacuee Registration and Assistance"</w:t>
      </w:r>
    </w:p>
    <w:p w14:paraId="710A52BD" w14:textId="77777777" w:rsidR="00066067" w:rsidRDefault="008E5362">
      <w:r>
        <w:rPr>
          <w:noProof/>
        </w:rPr>
        <w:drawing>
          <wp:inline distT="0" distB="0" distL="0" distR="0" wp14:anchorId="2AB7F7A9" wp14:editId="6EA4D2E0">
            <wp:extent cx="1160907" cy="251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e5be3f02e94a45b4edf6ec1d04617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02B7" w14:textId="77777777" w:rsidR="00066067" w:rsidRDefault="008E5362">
      <w:pPr>
        <w:pStyle w:val="ListNumber"/>
        <w:keepNext/>
      </w:pPr>
      <w:r>
        <w:lastRenderedPageBreak/>
        <w:t xml:space="preserve">You will be re-directed to the </w:t>
      </w:r>
      <w:hyperlink r:id="rId10">
        <w:r>
          <w:rPr>
            <w:u w:val="single"/>
          </w:rPr>
          <w:t>ess.gov.bc.ca</w:t>
        </w:r>
      </w:hyperlink>
      <w:r>
        <w:t xml:space="preserve"> website</w:t>
      </w:r>
    </w:p>
    <w:p w14:paraId="2515E93E" w14:textId="77777777" w:rsidR="00066067" w:rsidRDefault="008E5362">
      <w:r>
        <w:rPr>
          <w:noProof/>
        </w:rPr>
        <w:drawing>
          <wp:inline distT="0" distB="0" distL="0" distR="0" wp14:anchorId="443ADC54" wp14:editId="21234D39">
            <wp:extent cx="1179715" cy="251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d86c2b696469e91f05f63048bcb0d.web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97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C34B" w14:textId="77777777" w:rsidR="00066067" w:rsidRDefault="008E5362">
      <w:pPr>
        <w:pStyle w:val="ListNumber"/>
        <w:keepNext/>
      </w:pPr>
      <w:r>
        <w:t>Scroll down and click "Log-in"</w:t>
      </w:r>
    </w:p>
    <w:p w14:paraId="5CCDF0EE" w14:textId="77777777" w:rsidR="00066067" w:rsidRDefault="008E5362">
      <w:r>
        <w:rPr>
          <w:noProof/>
        </w:rPr>
        <w:drawing>
          <wp:inline distT="0" distB="0" distL="0" distR="0" wp14:anchorId="62563ADA" wp14:editId="211CB169">
            <wp:extent cx="1161875" cy="2514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d8cb2c6df642de9667adb17e27dc44.web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18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CEBF" w14:textId="77777777" w:rsidR="00066067" w:rsidRDefault="008E5362">
      <w:pPr>
        <w:pStyle w:val="ListNumber"/>
        <w:keepNext/>
      </w:pPr>
      <w:r>
        <w:lastRenderedPageBreak/>
        <w:t>Click "BC Services Card app"</w:t>
      </w:r>
    </w:p>
    <w:p w14:paraId="2B2871FE" w14:textId="77777777" w:rsidR="00066067" w:rsidRDefault="008E5362">
      <w:r>
        <w:rPr>
          <w:noProof/>
        </w:rPr>
        <w:drawing>
          <wp:inline distT="0" distB="0" distL="0" distR="0" wp14:anchorId="64CED86B" wp14:editId="6E516173">
            <wp:extent cx="1160907" cy="2514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6aabf5991a4eb2b9c604d03fbf329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F9BC" w14:textId="77777777" w:rsidR="00066067" w:rsidRDefault="008E5362">
      <w:pPr>
        <w:pStyle w:val="ListNumber"/>
        <w:keepNext/>
      </w:pPr>
      <w:r>
        <w:t>Click "Open"</w:t>
      </w:r>
    </w:p>
    <w:p w14:paraId="18DE80AF" w14:textId="77777777" w:rsidR="00066067" w:rsidRDefault="008E5362">
      <w:r>
        <w:rPr>
          <w:noProof/>
        </w:rPr>
        <w:drawing>
          <wp:inline distT="0" distB="0" distL="0" distR="0" wp14:anchorId="43147E26" wp14:editId="04385DF0">
            <wp:extent cx="1160907" cy="2514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c72c7369c408a87a1d9889fc87ed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75D1" w14:textId="77777777" w:rsidR="00066067" w:rsidRDefault="008E5362">
      <w:pPr>
        <w:pStyle w:val="ListNumber"/>
        <w:keepNext/>
      </w:pPr>
      <w:r>
        <w:lastRenderedPageBreak/>
        <w:t>Click "Continue"</w:t>
      </w:r>
    </w:p>
    <w:p w14:paraId="0BE3AE44" w14:textId="77777777" w:rsidR="00066067" w:rsidRDefault="008E5362">
      <w:r>
        <w:rPr>
          <w:noProof/>
        </w:rPr>
        <w:drawing>
          <wp:inline distT="0" distB="0" distL="0" distR="0" wp14:anchorId="01786368" wp14:editId="028A4E7F">
            <wp:extent cx="1160907" cy="251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4fab63b3c4441990988c2981d6ca54.web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2A4A" w14:textId="77777777" w:rsidR="00066067" w:rsidRDefault="008E5362">
      <w:pPr>
        <w:pStyle w:val="ListNumber"/>
        <w:keepNext/>
      </w:pPr>
      <w:r>
        <w:t>Click the browser name top left corner</w:t>
      </w:r>
    </w:p>
    <w:p w14:paraId="19E02C95" w14:textId="77777777" w:rsidR="00066067" w:rsidRDefault="008E5362">
      <w:r>
        <w:rPr>
          <w:noProof/>
        </w:rPr>
        <w:drawing>
          <wp:inline distT="0" distB="0" distL="0" distR="0" wp14:anchorId="0EF21D15" wp14:editId="79525D6B">
            <wp:extent cx="1160907" cy="2514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0c75ee41d3450da030f32e1429bd4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FF7C" w14:textId="77777777" w:rsidR="00066067" w:rsidRDefault="008E5362">
      <w:pPr>
        <w:pStyle w:val="ListNumber"/>
        <w:keepNext/>
      </w:pPr>
      <w:r>
        <w:lastRenderedPageBreak/>
        <w:t>You will be directed to your ERA profile homeapge</w:t>
      </w:r>
    </w:p>
    <w:p w14:paraId="4EC80A18" w14:textId="77777777" w:rsidR="00066067" w:rsidRDefault="008E5362">
      <w:r>
        <w:rPr>
          <w:noProof/>
        </w:rPr>
        <w:drawing>
          <wp:inline distT="0" distB="0" distL="0" distR="0" wp14:anchorId="67D6B88F" wp14:editId="337330B9">
            <wp:extent cx="1160907" cy="251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52648f330a46008a70ed9416024072.web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81096" w14:textId="77777777" w:rsidR="00066067" w:rsidRDefault="008E5362">
      <w:pPr>
        <w:pStyle w:val="ListNumber"/>
        <w:keepNext/>
      </w:pPr>
      <w:r>
        <w:t>If you are under an Evacuation Order or Alert, click on 'Create ESS File'</w:t>
      </w:r>
    </w:p>
    <w:p w14:paraId="60E12A79" w14:textId="77777777" w:rsidR="00066067" w:rsidRDefault="008E5362">
      <w:r>
        <w:rPr>
          <w:noProof/>
        </w:rPr>
        <w:drawing>
          <wp:inline distT="0" distB="0" distL="0" distR="0" wp14:anchorId="6520FCD3" wp14:editId="3D901FC4">
            <wp:extent cx="1160907" cy="2514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323b80b9843aba75cb78c299e25a0.web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75806" w14:textId="77777777" w:rsidR="00066067" w:rsidRDefault="008E5362">
      <w:pPr>
        <w:pStyle w:val="ListNumber"/>
        <w:keepNext/>
      </w:pPr>
      <w:r>
        <w:lastRenderedPageBreak/>
        <w:t>To edit your profile details, click "Profile"</w:t>
      </w:r>
    </w:p>
    <w:p w14:paraId="35689F85" w14:textId="77777777" w:rsidR="00066067" w:rsidRDefault="008E5362">
      <w:r>
        <w:rPr>
          <w:noProof/>
        </w:rPr>
        <w:drawing>
          <wp:inline distT="0" distB="0" distL="0" distR="0" wp14:anchorId="5D1F785F" wp14:editId="1B59AA02">
            <wp:extent cx="1160907" cy="2514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bfd183679a4804bb4929bc1f23bc3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73C8" w14:textId="77777777" w:rsidR="00066067" w:rsidRDefault="008E5362">
      <w:pPr>
        <w:pStyle w:val="ListNumber"/>
        <w:keepNext/>
      </w:pPr>
      <w:r>
        <w:t>Click on the "Pencil" icons to edit any profile details</w:t>
      </w:r>
    </w:p>
    <w:p w14:paraId="1DB2778E" w14:textId="77777777" w:rsidR="00066067" w:rsidRDefault="008E5362">
      <w:r>
        <w:rPr>
          <w:noProof/>
        </w:rPr>
        <w:drawing>
          <wp:inline distT="0" distB="0" distL="0" distR="0" wp14:anchorId="59DBCBDE" wp14:editId="6028E5E1">
            <wp:extent cx="1160907" cy="2514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6be3ec27f74eef924385e406aa651a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06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5088044">
    <w:abstractNumId w:val="8"/>
  </w:num>
  <w:num w:numId="2" w16cid:durableId="1538348429">
    <w:abstractNumId w:val="6"/>
  </w:num>
  <w:num w:numId="3" w16cid:durableId="1733766930">
    <w:abstractNumId w:val="5"/>
  </w:num>
  <w:num w:numId="4" w16cid:durableId="38554131">
    <w:abstractNumId w:val="4"/>
  </w:num>
  <w:num w:numId="5" w16cid:durableId="1993823589">
    <w:abstractNumId w:val="7"/>
  </w:num>
  <w:num w:numId="6" w16cid:durableId="1625380848">
    <w:abstractNumId w:val="3"/>
  </w:num>
  <w:num w:numId="7" w16cid:durableId="611057759">
    <w:abstractNumId w:val="2"/>
  </w:num>
  <w:num w:numId="8" w16cid:durableId="1419331475">
    <w:abstractNumId w:val="1"/>
  </w:num>
  <w:num w:numId="9" w16cid:durableId="465197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66067"/>
    <w:rsid w:val="0015074B"/>
    <w:rsid w:val="0029639D"/>
    <w:rsid w:val="00326F90"/>
    <w:rsid w:val="00370F66"/>
    <w:rsid w:val="008E5362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4CA614"/>
  <w14:defaultImageDpi w14:val="300"/>
  <w15:docId w15:val="{B4D8E3F0-412D-4E98-A53B-BC943E619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web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webp"/><Relationship Id="rId12" Type="http://schemas.openxmlformats.org/officeDocument/2006/relationships/image" Target="media/image6.webp"/><Relationship Id="rId17" Type="http://schemas.openxmlformats.org/officeDocument/2006/relationships/image" Target="media/image11.webp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webp"/><Relationship Id="rId11" Type="http://schemas.openxmlformats.org/officeDocument/2006/relationships/image" Target="media/image5.webp"/><Relationship Id="rId5" Type="http://schemas.openxmlformats.org/officeDocument/2006/relationships/webSettings" Target="webSettings.xml"/><Relationship Id="rId15" Type="http://schemas.openxmlformats.org/officeDocument/2006/relationships/image" Target="media/image9.webp"/><Relationship Id="rId10" Type="http://schemas.openxmlformats.org/officeDocument/2006/relationships/hyperlink" Target="https://ess.gov.bc.ca" TargetMode="External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Kelerstein, Arie EMCR:EX</cp:lastModifiedBy>
  <cp:revision>2</cp:revision>
  <dcterms:created xsi:type="dcterms:W3CDTF">2025-07-14T18:14:00Z</dcterms:created>
  <dcterms:modified xsi:type="dcterms:W3CDTF">2025-07-14T18:14:00Z</dcterms:modified>
  <cp:category/>
</cp:coreProperties>
</file>