
<file path=[Content_Types].xml><?xml version="1.0" encoding="utf-8"?>
<Types xmlns="http://schemas.openxmlformats.org/package/2006/content-types">
  <Default Extension="jpeg" ContentType="image/jpeg"/>
  <Default Extension="rels" ContentType="application/vnd.openxmlformats-package.relationships+xml"/>
  <Default Extension="webp" ContentType="image/g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1FACD" w14:textId="0D993C62" w:rsidR="006E4DBC" w:rsidRDefault="00FD6A6B">
      <w:pPr>
        <w:pStyle w:val="Heading1"/>
      </w:pPr>
      <w:r>
        <w:t xml:space="preserve">ERA User Guide: </w:t>
      </w:r>
      <w:r>
        <w:t>Link Existing ERA Profile with a BC Services Card Account</w:t>
      </w:r>
    </w:p>
    <w:p w14:paraId="6BEF8368" w14:textId="77777777" w:rsidR="006E4DBC" w:rsidRDefault="00FD6A6B">
      <w:pPr>
        <w:pStyle w:val="Heading2"/>
      </w:pPr>
      <w:r>
        <w:t>This guide provides step-by-step instructions for sending email invitations to evacuees through the ERA Responder Portal to link an ERA profile with a BC Services Card Account. By following these detailed steps, responders can effectively link evacuees' BC Services Card accounts to their profiles, facilitating access to assistance and resources</w:t>
      </w:r>
    </w:p>
    <w:p w14:paraId="5E910D10" w14:textId="77777777" w:rsidR="006E4DBC" w:rsidRDefault="00FD6A6B">
      <w:pPr>
        <w:pStyle w:val="Heading1"/>
      </w:pPr>
      <w:r>
        <w:t>ERA Responder Portal</w:t>
      </w:r>
    </w:p>
    <w:p w14:paraId="7DAF0862" w14:textId="77777777" w:rsidR="006E4DBC" w:rsidRDefault="00FD6A6B">
      <w:pPr>
        <w:pStyle w:val="ListNumber"/>
        <w:keepNext/>
      </w:pPr>
      <w:r>
        <w:t xml:space="preserve">Navigate to </w:t>
      </w:r>
      <w:hyperlink r:id="rId6">
        <w:r>
          <w:rPr>
            <w:u w:val="single"/>
          </w:rPr>
          <w:t>https://ess.gov.bc.ca/</w:t>
        </w:r>
      </w:hyperlink>
    </w:p>
    <w:p w14:paraId="3EE1952F" w14:textId="77777777" w:rsidR="006E4DBC" w:rsidRDefault="00FD6A6B">
      <w:r>
        <w:rPr>
          <w:noProof/>
        </w:rPr>
        <w:drawing>
          <wp:inline distT="0" distB="0" distL="0" distR="0" wp14:anchorId="05A664DC" wp14:editId="5B77EFA9">
            <wp:extent cx="5486400" cy="434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0fa19137440b4a4db9bcebade7757.webp"/>
                    <pic:cNvPicPr/>
                  </pic:nvPicPr>
                  <pic:blipFill>
                    <a:blip r:embed="rId7"/>
                    <a:stretch>
                      <a:fillRect/>
                    </a:stretch>
                  </pic:blipFill>
                  <pic:spPr>
                    <a:xfrm>
                      <a:off x="0" y="0"/>
                      <a:ext cx="5486400" cy="4343400"/>
                    </a:xfrm>
                    <a:prstGeom prst="rect">
                      <a:avLst/>
                    </a:prstGeom>
                  </pic:spPr>
                </pic:pic>
              </a:graphicData>
            </a:graphic>
          </wp:inline>
        </w:drawing>
      </w:r>
    </w:p>
    <w:p w14:paraId="6F24F008" w14:textId="77777777" w:rsidR="006E4DBC" w:rsidRDefault="00FD6A6B">
      <w:pPr>
        <w:pStyle w:val="ListNumber"/>
        <w:keepNext/>
      </w:pPr>
      <w:r>
        <w:lastRenderedPageBreak/>
        <w:t>Scroll down and click "Responder Portal Login"</w:t>
      </w:r>
    </w:p>
    <w:p w14:paraId="77195971" w14:textId="77777777" w:rsidR="006E4DBC" w:rsidRDefault="00FD6A6B">
      <w:r>
        <w:rPr>
          <w:noProof/>
        </w:rPr>
        <w:drawing>
          <wp:inline distT="0" distB="0" distL="0" distR="0" wp14:anchorId="233218E3" wp14:editId="53F184EB">
            <wp:extent cx="5486400" cy="3063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a0d11caeba47988a21dbdca805c384.jpeg"/>
                    <pic:cNvPicPr/>
                  </pic:nvPicPr>
                  <pic:blipFill>
                    <a:blip r:embed="rId8"/>
                    <a:stretch>
                      <a:fillRect/>
                    </a:stretch>
                  </pic:blipFill>
                  <pic:spPr>
                    <a:xfrm>
                      <a:off x="0" y="0"/>
                      <a:ext cx="5486400" cy="3063240"/>
                    </a:xfrm>
                    <a:prstGeom prst="rect">
                      <a:avLst/>
                    </a:prstGeom>
                  </pic:spPr>
                </pic:pic>
              </a:graphicData>
            </a:graphic>
          </wp:inline>
        </w:drawing>
      </w:r>
    </w:p>
    <w:p w14:paraId="22892BAE" w14:textId="77777777" w:rsidR="006E4DBC" w:rsidRDefault="00FD6A6B">
      <w:pPr>
        <w:pStyle w:val="ListNumber"/>
        <w:keepNext/>
      </w:pPr>
      <w:r>
        <w:t>Click "Log in to Live"</w:t>
      </w:r>
    </w:p>
    <w:p w14:paraId="035D6DC8" w14:textId="77777777" w:rsidR="006E4DBC" w:rsidRDefault="00FD6A6B">
      <w:r>
        <w:rPr>
          <w:noProof/>
        </w:rPr>
        <w:drawing>
          <wp:inline distT="0" distB="0" distL="0" distR="0" wp14:anchorId="73851E02" wp14:editId="54DD2F7B">
            <wp:extent cx="5486400" cy="3063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5a8ef88bf64f16ac310deabb7c2bfc.jpeg"/>
                    <pic:cNvPicPr/>
                  </pic:nvPicPr>
                  <pic:blipFill>
                    <a:blip r:embed="rId9"/>
                    <a:stretch>
                      <a:fillRect/>
                    </a:stretch>
                  </pic:blipFill>
                  <pic:spPr>
                    <a:xfrm>
                      <a:off x="0" y="0"/>
                      <a:ext cx="5486400" cy="3063240"/>
                    </a:xfrm>
                    <a:prstGeom prst="rect">
                      <a:avLst/>
                    </a:prstGeom>
                  </pic:spPr>
                </pic:pic>
              </a:graphicData>
            </a:graphic>
          </wp:inline>
        </w:drawing>
      </w:r>
    </w:p>
    <w:p w14:paraId="324954A5" w14:textId="77777777" w:rsidR="006E4DBC" w:rsidRDefault="00FD6A6B">
      <w:pPr>
        <w:pStyle w:val="ListNumber"/>
        <w:keepNext/>
      </w:pPr>
      <w:r>
        <w:lastRenderedPageBreak/>
        <w:t>Enter your BCeID</w:t>
      </w:r>
    </w:p>
    <w:p w14:paraId="42410041" w14:textId="77777777" w:rsidR="006E4DBC" w:rsidRDefault="00FD6A6B">
      <w:r>
        <w:rPr>
          <w:noProof/>
        </w:rPr>
        <w:drawing>
          <wp:inline distT="0" distB="0" distL="0" distR="0" wp14:anchorId="44736C28" wp14:editId="1B0918A5">
            <wp:extent cx="5486400" cy="30586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7c770ecb14a5687ac5e5a419007e6.jpeg"/>
                    <pic:cNvPicPr/>
                  </pic:nvPicPr>
                  <pic:blipFill>
                    <a:blip r:embed="rId10"/>
                    <a:stretch>
                      <a:fillRect/>
                    </a:stretch>
                  </pic:blipFill>
                  <pic:spPr>
                    <a:xfrm>
                      <a:off x="0" y="0"/>
                      <a:ext cx="5486400" cy="3058668"/>
                    </a:xfrm>
                    <a:prstGeom prst="rect">
                      <a:avLst/>
                    </a:prstGeom>
                  </pic:spPr>
                </pic:pic>
              </a:graphicData>
            </a:graphic>
          </wp:inline>
        </w:drawing>
      </w:r>
    </w:p>
    <w:p w14:paraId="52B38DF0" w14:textId="77777777" w:rsidR="006E4DBC" w:rsidRDefault="00FD6A6B">
      <w:pPr>
        <w:pStyle w:val="ListNumber"/>
        <w:keepNext/>
      </w:pPr>
      <w:r>
        <w:t>Enter your Password</w:t>
      </w:r>
    </w:p>
    <w:p w14:paraId="4D58FF3D" w14:textId="77777777" w:rsidR="006E4DBC" w:rsidRDefault="00FD6A6B">
      <w:r>
        <w:rPr>
          <w:noProof/>
        </w:rPr>
        <w:drawing>
          <wp:inline distT="0" distB="0" distL="0" distR="0" wp14:anchorId="47032AD0" wp14:editId="5F8E423B">
            <wp:extent cx="5486400" cy="3063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6737ae850543a2a57106f217359881.jpeg"/>
                    <pic:cNvPicPr/>
                  </pic:nvPicPr>
                  <pic:blipFill>
                    <a:blip r:embed="rId11"/>
                    <a:stretch>
                      <a:fillRect/>
                    </a:stretch>
                  </pic:blipFill>
                  <pic:spPr>
                    <a:xfrm>
                      <a:off x="0" y="0"/>
                      <a:ext cx="5486400" cy="3063240"/>
                    </a:xfrm>
                    <a:prstGeom prst="rect">
                      <a:avLst/>
                    </a:prstGeom>
                  </pic:spPr>
                </pic:pic>
              </a:graphicData>
            </a:graphic>
          </wp:inline>
        </w:drawing>
      </w:r>
    </w:p>
    <w:p w14:paraId="6A4492D6" w14:textId="77777777" w:rsidR="006E4DBC" w:rsidRDefault="00FD6A6B">
      <w:pPr>
        <w:pStyle w:val="ListNumber"/>
        <w:keepNext/>
      </w:pPr>
      <w:r>
        <w:lastRenderedPageBreak/>
        <w:t>Click "Continue".</w:t>
      </w:r>
    </w:p>
    <w:p w14:paraId="63C2071D" w14:textId="77777777" w:rsidR="006E4DBC" w:rsidRDefault="00FD6A6B">
      <w:r>
        <w:rPr>
          <w:noProof/>
        </w:rPr>
        <w:drawing>
          <wp:inline distT="0" distB="0" distL="0" distR="0" wp14:anchorId="6F8FB503" wp14:editId="77201D49">
            <wp:extent cx="5486400" cy="3063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0e8d138f94338bfe7c61ea29e8afe.jpeg"/>
                    <pic:cNvPicPr/>
                  </pic:nvPicPr>
                  <pic:blipFill>
                    <a:blip r:embed="rId12"/>
                    <a:stretch>
                      <a:fillRect/>
                    </a:stretch>
                  </pic:blipFill>
                  <pic:spPr>
                    <a:xfrm>
                      <a:off x="0" y="0"/>
                      <a:ext cx="5486400" cy="3063240"/>
                    </a:xfrm>
                    <a:prstGeom prst="rect">
                      <a:avLst/>
                    </a:prstGeom>
                  </pic:spPr>
                </pic:pic>
              </a:graphicData>
            </a:graphic>
          </wp:inline>
        </w:drawing>
      </w:r>
    </w:p>
    <w:p w14:paraId="2597C88A" w14:textId="77777777" w:rsidR="006E4DBC" w:rsidRDefault="00FD6A6B">
      <w:pPr>
        <w:pStyle w:val="ListNumber"/>
        <w:keepNext/>
      </w:pPr>
      <w:r>
        <w:t>Click "Sign in to the Task #"</w:t>
      </w:r>
    </w:p>
    <w:p w14:paraId="4AF52A47" w14:textId="77777777" w:rsidR="006E4DBC" w:rsidRDefault="00FD6A6B">
      <w:r>
        <w:rPr>
          <w:noProof/>
        </w:rPr>
        <w:drawing>
          <wp:inline distT="0" distB="0" distL="0" distR="0" wp14:anchorId="26107A9F" wp14:editId="613CFE66">
            <wp:extent cx="5486400" cy="3063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156b52c72947db974bb9bb62d9e944.jpeg"/>
                    <pic:cNvPicPr/>
                  </pic:nvPicPr>
                  <pic:blipFill>
                    <a:blip r:embed="rId13"/>
                    <a:stretch>
                      <a:fillRect/>
                    </a:stretch>
                  </pic:blipFill>
                  <pic:spPr>
                    <a:xfrm>
                      <a:off x="0" y="0"/>
                      <a:ext cx="5486400" cy="3063240"/>
                    </a:xfrm>
                    <a:prstGeom prst="rect">
                      <a:avLst/>
                    </a:prstGeom>
                  </pic:spPr>
                </pic:pic>
              </a:graphicData>
            </a:graphic>
          </wp:inline>
        </w:drawing>
      </w:r>
    </w:p>
    <w:p w14:paraId="3A63BEF5" w14:textId="77777777" w:rsidR="006E4DBC" w:rsidRDefault="00FD6A6B">
      <w:pPr>
        <w:pStyle w:val="ListNumber"/>
        <w:keepNext/>
      </w:pPr>
      <w:r>
        <w:lastRenderedPageBreak/>
        <w:t>Click the "Enter Task #" field and enter your task number</w:t>
      </w:r>
    </w:p>
    <w:p w14:paraId="1FA19CB1" w14:textId="77777777" w:rsidR="006E4DBC" w:rsidRDefault="00FD6A6B">
      <w:r>
        <w:rPr>
          <w:noProof/>
        </w:rPr>
        <w:drawing>
          <wp:inline distT="0" distB="0" distL="0" distR="0" wp14:anchorId="7BF88AAF" wp14:editId="08ED508A">
            <wp:extent cx="5486400" cy="3063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cba8b997934005a48371c1db4c63aa.jpeg"/>
                    <pic:cNvPicPr/>
                  </pic:nvPicPr>
                  <pic:blipFill>
                    <a:blip r:embed="rId14"/>
                    <a:stretch>
                      <a:fillRect/>
                    </a:stretch>
                  </pic:blipFill>
                  <pic:spPr>
                    <a:xfrm>
                      <a:off x="0" y="0"/>
                      <a:ext cx="5486400" cy="3063240"/>
                    </a:xfrm>
                    <a:prstGeom prst="rect">
                      <a:avLst/>
                    </a:prstGeom>
                  </pic:spPr>
                </pic:pic>
              </a:graphicData>
            </a:graphic>
          </wp:inline>
        </w:drawing>
      </w:r>
    </w:p>
    <w:p w14:paraId="1604E40E" w14:textId="77777777" w:rsidR="006E4DBC" w:rsidRDefault="00FD6A6B">
      <w:pPr>
        <w:pStyle w:val="ListNumber"/>
        <w:keepNext/>
      </w:pPr>
      <w:r>
        <w:t>Click "Submit"</w:t>
      </w:r>
    </w:p>
    <w:p w14:paraId="54ADB7F0" w14:textId="77777777" w:rsidR="006E4DBC" w:rsidRDefault="00FD6A6B">
      <w:r>
        <w:rPr>
          <w:noProof/>
        </w:rPr>
        <w:drawing>
          <wp:inline distT="0" distB="0" distL="0" distR="0" wp14:anchorId="13378671" wp14:editId="542D5B64">
            <wp:extent cx="5486400" cy="3063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e1ec58dc2b4056b19d664070bdc39a.jpeg"/>
                    <pic:cNvPicPr/>
                  </pic:nvPicPr>
                  <pic:blipFill>
                    <a:blip r:embed="rId15"/>
                    <a:stretch>
                      <a:fillRect/>
                    </a:stretch>
                  </pic:blipFill>
                  <pic:spPr>
                    <a:xfrm>
                      <a:off x="0" y="0"/>
                      <a:ext cx="5486400" cy="3063240"/>
                    </a:xfrm>
                    <a:prstGeom prst="rect">
                      <a:avLst/>
                    </a:prstGeom>
                  </pic:spPr>
                </pic:pic>
              </a:graphicData>
            </a:graphic>
          </wp:inline>
        </w:drawing>
      </w:r>
    </w:p>
    <w:p w14:paraId="27765DA3" w14:textId="77777777" w:rsidR="006E4DBC" w:rsidRDefault="00FD6A6B">
      <w:pPr>
        <w:pStyle w:val="ListNumber"/>
        <w:keepNext/>
      </w:pPr>
      <w:r>
        <w:lastRenderedPageBreak/>
        <w:t>Click "Sign in to Task"</w:t>
      </w:r>
    </w:p>
    <w:p w14:paraId="02F2FBD4" w14:textId="77777777" w:rsidR="006E4DBC" w:rsidRDefault="00FD6A6B">
      <w:r>
        <w:rPr>
          <w:noProof/>
        </w:rPr>
        <w:drawing>
          <wp:inline distT="0" distB="0" distL="0" distR="0" wp14:anchorId="6B17E9F6" wp14:editId="0F776C05">
            <wp:extent cx="5486400" cy="3063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74fefe3484dd38533af74d729e18a.jpeg"/>
                    <pic:cNvPicPr/>
                  </pic:nvPicPr>
                  <pic:blipFill>
                    <a:blip r:embed="rId16"/>
                    <a:stretch>
                      <a:fillRect/>
                    </a:stretch>
                  </pic:blipFill>
                  <pic:spPr>
                    <a:xfrm>
                      <a:off x="0" y="0"/>
                      <a:ext cx="5486400" cy="3063240"/>
                    </a:xfrm>
                    <a:prstGeom prst="rect">
                      <a:avLst/>
                    </a:prstGeom>
                  </pic:spPr>
                </pic:pic>
              </a:graphicData>
            </a:graphic>
          </wp:inline>
        </w:drawing>
      </w:r>
    </w:p>
    <w:p w14:paraId="3EB39DAD" w14:textId="77777777" w:rsidR="006E4DBC" w:rsidRDefault="00FD6A6B">
      <w:pPr>
        <w:pStyle w:val="ListNumber"/>
        <w:keepNext/>
      </w:pPr>
      <w:r>
        <w:t>Click on "I am doing evacuee registration &amp; extensions"</w:t>
      </w:r>
    </w:p>
    <w:p w14:paraId="0BB4CF65" w14:textId="77777777" w:rsidR="006E4DBC" w:rsidRDefault="00FD6A6B">
      <w:r>
        <w:rPr>
          <w:noProof/>
        </w:rPr>
        <w:drawing>
          <wp:inline distT="0" distB="0" distL="0" distR="0" wp14:anchorId="7377B3C9" wp14:editId="52391A28">
            <wp:extent cx="5486400" cy="3063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0df216c9b44e4088d33e9b286d76ac.jpeg"/>
                    <pic:cNvPicPr/>
                  </pic:nvPicPr>
                  <pic:blipFill>
                    <a:blip r:embed="rId17"/>
                    <a:stretch>
                      <a:fillRect/>
                    </a:stretch>
                  </pic:blipFill>
                  <pic:spPr>
                    <a:xfrm>
                      <a:off x="0" y="0"/>
                      <a:ext cx="5486400" cy="3063240"/>
                    </a:xfrm>
                    <a:prstGeom prst="rect">
                      <a:avLst/>
                    </a:prstGeom>
                  </pic:spPr>
                </pic:pic>
              </a:graphicData>
            </a:graphic>
          </wp:inline>
        </w:drawing>
      </w:r>
    </w:p>
    <w:p w14:paraId="3284FC21" w14:textId="77777777" w:rsidR="006E4DBC" w:rsidRDefault="00FD6A6B">
      <w:pPr>
        <w:pStyle w:val="ListNumber"/>
        <w:keepNext/>
      </w:pPr>
      <w:r>
        <w:lastRenderedPageBreak/>
        <w:t>Click "Next"</w:t>
      </w:r>
    </w:p>
    <w:p w14:paraId="32C95ECC" w14:textId="77777777" w:rsidR="006E4DBC" w:rsidRDefault="00FD6A6B">
      <w:r>
        <w:rPr>
          <w:noProof/>
        </w:rPr>
        <w:drawing>
          <wp:inline distT="0" distB="0" distL="0" distR="0" wp14:anchorId="73AD5F59" wp14:editId="5D2FCBF9">
            <wp:extent cx="5486400" cy="3063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4705abdd584974acb42a2f0b7b5f39.jpeg"/>
                    <pic:cNvPicPr/>
                  </pic:nvPicPr>
                  <pic:blipFill>
                    <a:blip r:embed="rId18"/>
                    <a:stretch>
                      <a:fillRect/>
                    </a:stretch>
                  </pic:blipFill>
                  <pic:spPr>
                    <a:xfrm>
                      <a:off x="0" y="0"/>
                      <a:ext cx="5486400" cy="3063240"/>
                    </a:xfrm>
                    <a:prstGeom prst="rect">
                      <a:avLst/>
                    </a:prstGeom>
                  </pic:spPr>
                </pic:pic>
              </a:graphicData>
            </a:graphic>
          </wp:inline>
        </w:drawing>
      </w:r>
    </w:p>
    <w:p w14:paraId="724685A8" w14:textId="77777777" w:rsidR="006E4DBC" w:rsidRDefault="00FD6A6B">
      <w:pPr>
        <w:pStyle w:val="ListNumber"/>
        <w:keepNext/>
      </w:pPr>
      <w:r>
        <w:t>Click on the appropriate option concerning government-issued photo ID the evacuee presented</w:t>
      </w:r>
    </w:p>
    <w:p w14:paraId="16827E29" w14:textId="77777777" w:rsidR="006E4DBC" w:rsidRDefault="00FD6A6B">
      <w:r>
        <w:rPr>
          <w:noProof/>
        </w:rPr>
        <w:drawing>
          <wp:inline distT="0" distB="0" distL="0" distR="0" wp14:anchorId="0DB0E601" wp14:editId="56745FF8">
            <wp:extent cx="5486400" cy="3063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1d438f39940ad80159f137adc9652.jpeg"/>
                    <pic:cNvPicPr/>
                  </pic:nvPicPr>
                  <pic:blipFill>
                    <a:blip r:embed="rId19"/>
                    <a:stretch>
                      <a:fillRect/>
                    </a:stretch>
                  </pic:blipFill>
                  <pic:spPr>
                    <a:xfrm>
                      <a:off x="0" y="0"/>
                      <a:ext cx="5486400" cy="3063240"/>
                    </a:xfrm>
                    <a:prstGeom prst="rect">
                      <a:avLst/>
                    </a:prstGeom>
                  </pic:spPr>
                </pic:pic>
              </a:graphicData>
            </a:graphic>
          </wp:inline>
        </w:drawing>
      </w:r>
    </w:p>
    <w:p w14:paraId="272EB5C0" w14:textId="77777777" w:rsidR="006E4DBC" w:rsidRDefault="00FD6A6B">
      <w:pPr>
        <w:pStyle w:val="ListNumber"/>
        <w:keepNext/>
      </w:pPr>
      <w:r>
        <w:lastRenderedPageBreak/>
        <w:t>Click "Next"</w:t>
      </w:r>
    </w:p>
    <w:p w14:paraId="45FF4BD5" w14:textId="77777777" w:rsidR="006E4DBC" w:rsidRDefault="00FD6A6B">
      <w:r>
        <w:rPr>
          <w:noProof/>
        </w:rPr>
        <w:drawing>
          <wp:inline distT="0" distB="0" distL="0" distR="0" wp14:anchorId="4992A25B" wp14:editId="196B612A">
            <wp:extent cx="5486400" cy="3063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50a6561f864dde94b5a63b5d7101ab.jpeg"/>
                    <pic:cNvPicPr/>
                  </pic:nvPicPr>
                  <pic:blipFill>
                    <a:blip r:embed="rId20"/>
                    <a:stretch>
                      <a:fillRect/>
                    </a:stretch>
                  </pic:blipFill>
                  <pic:spPr>
                    <a:xfrm>
                      <a:off x="0" y="0"/>
                      <a:ext cx="5486400" cy="3063240"/>
                    </a:xfrm>
                    <a:prstGeom prst="rect">
                      <a:avLst/>
                    </a:prstGeom>
                  </pic:spPr>
                </pic:pic>
              </a:graphicData>
            </a:graphic>
          </wp:inline>
        </w:drawing>
      </w:r>
    </w:p>
    <w:p w14:paraId="6E0D1659" w14:textId="77777777" w:rsidR="006E4DBC" w:rsidRDefault="00FD6A6B">
      <w:pPr>
        <w:pStyle w:val="ListNumber"/>
        <w:keepNext/>
      </w:pPr>
      <w:r>
        <w:t>Click "Last Name" and enter the last name</w:t>
      </w:r>
    </w:p>
    <w:p w14:paraId="071F4AB9" w14:textId="77777777" w:rsidR="006E4DBC" w:rsidRDefault="00FD6A6B">
      <w:r>
        <w:rPr>
          <w:noProof/>
        </w:rPr>
        <w:drawing>
          <wp:inline distT="0" distB="0" distL="0" distR="0" wp14:anchorId="477B5582" wp14:editId="618C407B">
            <wp:extent cx="5486400" cy="3063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e3bccc57043b58d77e326f0a38d0d.jpeg"/>
                    <pic:cNvPicPr/>
                  </pic:nvPicPr>
                  <pic:blipFill>
                    <a:blip r:embed="rId21"/>
                    <a:stretch>
                      <a:fillRect/>
                    </a:stretch>
                  </pic:blipFill>
                  <pic:spPr>
                    <a:xfrm>
                      <a:off x="0" y="0"/>
                      <a:ext cx="5486400" cy="3063240"/>
                    </a:xfrm>
                    <a:prstGeom prst="rect">
                      <a:avLst/>
                    </a:prstGeom>
                  </pic:spPr>
                </pic:pic>
              </a:graphicData>
            </a:graphic>
          </wp:inline>
        </w:drawing>
      </w:r>
    </w:p>
    <w:p w14:paraId="56824E62" w14:textId="77777777" w:rsidR="006E4DBC" w:rsidRDefault="00FD6A6B">
      <w:pPr>
        <w:pStyle w:val="ListNumber"/>
        <w:keepNext/>
      </w:pPr>
      <w:r>
        <w:lastRenderedPageBreak/>
        <w:t>Click the "First Name" field and enter the first name</w:t>
      </w:r>
    </w:p>
    <w:p w14:paraId="6005E1C3" w14:textId="77777777" w:rsidR="006E4DBC" w:rsidRDefault="00FD6A6B">
      <w:r>
        <w:rPr>
          <w:noProof/>
        </w:rPr>
        <w:drawing>
          <wp:inline distT="0" distB="0" distL="0" distR="0" wp14:anchorId="5C9289DF" wp14:editId="7CC00C05">
            <wp:extent cx="5486400" cy="3063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bd0df55f604678abeda0d609301031.jpeg"/>
                    <pic:cNvPicPr/>
                  </pic:nvPicPr>
                  <pic:blipFill>
                    <a:blip r:embed="rId22"/>
                    <a:stretch>
                      <a:fillRect/>
                    </a:stretch>
                  </pic:blipFill>
                  <pic:spPr>
                    <a:xfrm>
                      <a:off x="0" y="0"/>
                      <a:ext cx="5486400" cy="3063240"/>
                    </a:xfrm>
                    <a:prstGeom prst="rect">
                      <a:avLst/>
                    </a:prstGeom>
                  </pic:spPr>
                </pic:pic>
              </a:graphicData>
            </a:graphic>
          </wp:inline>
        </w:drawing>
      </w:r>
    </w:p>
    <w:p w14:paraId="5CB2DFB6" w14:textId="77777777" w:rsidR="006E4DBC" w:rsidRDefault="00FD6A6B">
      <w:pPr>
        <w:pStyle w:val="ListNumber"/>
        <w:keepNext/>
      </w:pPr>
      <w:r>
        <w:t>Click the "Date of Birth" field and enter the date of birth</w:t>
      </w:r>
    </w:p>
    <w:p w14:paraId="553D3C35" w14:textId="77777777" w:rsidR="006E4DBC" w:rsidRDefault="00FD6A6B">
      <w:r>
        <w:rPr>
          <w:noProof/>
        </w:rPr>
        <w:drawing>
          <wp:inline distT="0" distB="0" distL="0" distR="0" wp14:anchorId="6E9A1E1D" wp14:editId="298239F2">
            <wp:extent cx="5486400" cy="30632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0bfbbedee414f993da280224eae84.jpeg"/>
                    <pic:cNvPicPr/>
                  </pic:nvPicPr>
                  <pic:blipFill>
                    <a:blip r:embed="rId23"/>
                    <a:stretch>
                      <a:fillRect/>
                    </a:stretch>
                  </pic:blipFill>
                  <pic:spPr>
                    <a:xfrm>
                      <a:off x="0" y="0"/>
                      <a:ext cx="5486400" cy="3063240"/>
                    </a:xfrm>
                    <a:prstGeom prst="rect">
                      <a:avLst/>
                    </a:prstGeom>
                  </pic:spPr>
                </pic:pic>
              </a:graphicData>
            </a:graphic>
          </wp:inline>
        </w:drawing>
      </w:r>
    </w:p>
    <w:p w14:paraId="293B9718" w14:textId="77777777" w:rsidR="006E4DBC" w:rsidRDefault="00FD6A6B">
      <w:pPr>
        <w:pStyle w:val="ListNumber"/>
        <w:keepNext/>
      </w:pPr>
      <w:r>
        <w:lastRenderedPageBreak/>
        <w:t>Click "Search"</w:t>
      </w:r>
    </w:p>
    <w:p w14:paraId="6E204563" w14:textId="77777777" w:rsidR="006E4DBC" w:rsidRDefault="00FD6A6B">
      <w:r>
        <w:rPr>
          <w:noProof/>
        </w:rPr>
        <w:drawing>
          <wp:inline distT="0" distB="0" distL="0" distR="0" wp14:anchorId="03F5B2B0" wp14:editId="03D4BF24">
            <wp:extent cx="5486400" cy="3063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2741edf2c467db2e69d1dcedaa599.jpeg"/>
                    <pic:cNvPicPr/>
                  </pic:nvPicPr>
                  <pic:blipFill>
                    <a:blip r:embed="rId24"/>
                    <a:stretch>
                      <a:fillRect/>
                    </a:stretch>
                  </pic:blipFill>
                  <pic:spPr>
                    <a:xfrm>
                      <a:off x="0" y="0"/>
                      <a:ext cx="5486400" cy="3063240"/>
                    </a:xfrm>
                    <a:prstGeom prst="rect">
                      <a:avLst/>
                    </a:prstGeom>
                  </pic:spPr>
                </pic:pic>
              </a:graphicData>
            </a:graphic>
          </wp:inline>
        </w:drawing>
      </w:r>
    </w:p>
    <w:p w14:paraId="6712E6B7" w14:textId="77777777" w:rsidR="006E4DBC" w:rsidRDefault="00FD6A6B">
      <w:pPr>
        <w:pStyle w:val="ListNumber"/>
        <w:keepNext/>
      </w:pPr>
      <w:r>
        <w:t>Click on the name of the profile you'd like to link with the BC Services Card Account</w:t>
      </w:r>
    </w:p>
    <w:p w14:paraId="5B29EF24" w14:textId="77777777" w:rsidR="006E4DBC" w:rsidRDefault="00FD6A6B">
      <w:r>
        <w:rPr>
          <w:noProof/>
        </w:rPr>
        <w:drawing>
          <wp:inline distT="0" distB="0" distL="0" distR="0" wp14:anchorId="13B57A35" wp14:editId="341E0A96">
            <wp:extent cx="5486400" cy="3063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815e248a644bd7ae69f1d9be25fbae.jpeg"/>
                    <pic:cNvPicPr/>
                  </pic:nvPicPr>
                  <pic:blipFill>
                    <a:blip r:embed="rId25"/>
                    <a:stretch>
                      <a:fillRect/>
                    </a:stretch>
                  </pic:blipFill>
                  <pic:spPr>
                    <a:xfrm>
                      <a:off x="0" y="0"/>
                      <a:ext cx="5486400" cy="3063240"/>
                    </a:xfrm>
                    <a:prstGeom prst="rect">
                      <a:avLst/>
                    </a:prstGeom>
                  </pic:spPr>
                </pic:pic>
              </a:graphicData>
            </a:graphic>
          </wp:inline>
        </w:drawing>
      </w:r>
    </w:p>
    <w:p w14:paraId="72C83129" w14:textId="77777777" w:rsidR="006E4DBC" w:rsidRDefault="00FD6A6B">
      <w:pPr>
        <w:pStyle w:val="ListNumber"/>
        <w:keepNext/>
      </w:pPr>
      <w:r>
        <w:lastRenderedPageBreak/>
        <w:t>Click the "Update Information" field.</w:t>
      </w:r>
    </w:p>
    <w:p w14:paraId="0512E01E" w14:textId="77777777" w:rsidR="006E4DBC" w:rsidRDefault="00FD6A6B">
      <w:r>
        <w:rPr>
          <w:noProof/>
        </w:rPr>
        <w:drawing>
          <wp:inline distT="0" distB="0" distL="0" distR="0" wp14:anchorId="7F88F355" wp14:editId="43EBF1B9">
            <wp:extent cx="5486400" cy="3063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40a46475774e618a6cbcd3ccd1d697.jpeg"/>
                    <pic:cNvPicPr/>
                  </pic:nvPicPr>
                  <pic:blipFill>
                    <a:blip r:embed="rId26"/>
                    <a:stretch>
                      <a:fillRect/>
                    </a:stretch>
                  </pic:blipFill>
                  <pic:spPr>
                    <a:xfrm>
                      <a:off x="0" y="0"/>
                      <a:ext cx="5486400" cy="3063240"/>
                    </a:xfrm>
                    <a:prstGeom prst="rect">
                      <a:avLst/>
                    </a:prstGeom>
                  </pic:spPr>
                </pic:pic>
              </a:graphicData>
            </a:graphic>
          </wp:inline>
        </w:drawing>
      </w:r>
    </w:p>
    <w:p w14:paraId="402C99DE" w14:textId="77777777" w:rsidR="006E4DBC" w:rsidRDefault="00FD6A6B">
      <w:pPr>
        <w:pStyle w:val="ListNumber"/>
        <w:keepNext/>
      </w:pPr>
      <w:r>
        <w:t>Click "Proceed to Profile"</w:t>
      </w:r>
    </w:p>
    <w:p w14:paraId="0A17B19E" w14:textId="77777777" w:rsidR="006E4DBC" w:rsidRDefault="00FD6A6B">
      <w:r>
        <w:rPr>
          <w:noProof/>
        </w:rPr>
        <w:drawing>
          <wp:inline distT="0" distB="0" distL="0" distR="0" wp14:anchorId="4DA52B23" wp14:editId="5474AAE4">
            <wp:extent cx="5486400" cy="3063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b02faab2249a6b3e6d4905289f680.jpeg"/>
                    <pic:cNvPicPr/>
                  </pic:nvPicPr>
                  <pic:blipFill>
                    <a:blip r:embed="rId27"/>
                    <a:stretch>
                      <a:fillRect/>
                    </a:stretch>
                  </pic:blipFill>
                  <pic:spPr>
                    <a:xfrm>
                      <a:off x="0" y="0"/>
                      <a:ext cx="5486400" cy="3063240"/>
                    </a:xfrm>
                    <a:prstGeom prst="rect">
                      <a:avLst/>
                    </a:prstGeom>
                  </pic:spPr>
                </pic:pic>
              </a:graphicData>
            </a:graphic>
          </wp:inline>
        </w:drawing>
      </w:r>
    </w:p>
    <w:p w14:paraId="4A05B751" w14:textId="77777777" w:rsidR="006E4DBC" w:rsidRDefault="00FD6A6B">
      <w:pPr>
        <w:pStyle w:val="ListNumber"/>
        <w:keepNext/>
      </w:pPr>
      <w:r>
        <w:lastRenderedPageBreak/>
        <w:t>Click "Send email invitation"</w:t>
      </w:r>
    </w:p>
    <w:p w14:paraId="58566BC0" w14:textId="77777777" w:rsidR="006E4DBC" w:rsidRDefault="00FD6A6B">
      <w:r>
        <w:rPr>
          <w:noProof/>
        </w:rPr>
        <w:drawing>
          <wp:inline distT="0" distB="0" distL="0" distR="0" wp14:anchorId="1ACCCA1E" wp14:editId="3D7299D8">
            <wp:extent cx="5486400" cy="30632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f0b365adb946f3aa59868429167079.jpeg"/>
                    <pic:cNvPicPr/>
                  </pic:nvPicPr>
                  <pic:blipFill>
                    <a:blip r:embed="rId28"/>
                    <a:stretch>
                      <a:fillRect/>
                    </a:stretch>
                  </pic:blipFill>
                  <pic:spPr>
                    <a:xfrm>
                      <a:off x="0" y="0"/>
                      <a:ext cx="5486400" cy="3063240"/>
                    </a:xfrm>
                    <a:prstGeom prst="rect">
                      <a:avLst/>
                    </a:prstGeom>
                  </pic:spPr>
                </pic:pic>
              </a:graphicData>
            </a:graphic>
          </wp:inline>
        </w:drawing>
      </w:r>
    </w:p>
    <w:p w14:paraId="06708FFA" w14:textId="77777777" w:rsidR="006E4DBC" w:rsidRDefault="00FD6A6B">
      <w:pPr>
        <w:pStyle w:val="ListNumber"/>
        <w:keepNext/>
      </w:pPr>
      <w:r>
        <w:t>The evacuee's email associated with their profile will appear, click "send" if the evacuee would like to use this email address. We recommend sending the email to the same email associated with the evacuees BC Services Card Account</w:t>
      </w:r>
    </w:p>
    <w:p w14:paraId="27501A87" w14:textId="77777777" w:rsidR="006E4DBC" w:rsidRDefault="00FD6A6B">
      <w:r>
        <w:rPr>
          <w:noProof/>
        </w:rPr>
        <w:drawing>
          <wp:inline distT="0" distB="0" distL="0" distR="0" wp14:anchorId="7084CF1A" wp14:editId="320A1E45">
            <wp:extent cx="5486400" cy="30632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d3e9c1b0a640d4ab8e77df54b16bd2.jpeg"/>
                    <pic:cNvPicPr/>
                  </pic:nvPicPr>
                  <pic:blipFill>
                    <a:blip r:embed="rId29"/>
                    <a:stretch>
                      <a:fillRect/>
                    </a:stretch>
                  </pic:blipFill>
                  <pic:spPr>
                    <a:xfrm>
                      <a:off x="0" y="0"/>
                      <a:ext cx="5486400" cy="3063240"/>
                    </a:xfrm>
                    <a:prstGeom prst="rect">
                      <a:avLst/>
                    </a:prstGeom>
                  </pic:spPr>
                </pic:pic>
              </a:graphicData>
            </a:graphic>
          </wp:inline>
        </w:drawing>
      </w:r>
    </w:p>
    <w:p w14:paraId="47166311" w14:textId="77777777" w:rsidR="006E4DBC" w:rsidRDefault="00FD6A6B">
      <w:pPr>
        <w:pStyle w:val="ListNumber"/>
        <w:keepNext/>
      </w:pPr>
      <w:r>
        <w:lastRenderedPageBreak/>
        <w:t>If the evacuee wants to use a different email address, click "Send to a different email address"</w:t>
      </w:r>
    </w:p>
    <w:p w14:paraId="40E35B97" w14:textId="77777777" w:rsidR="006E4DBC" w:rsidRDefault="00FD6A6B">
      <w:r>
        <w:rPr>
          <w:noProof/>
        </w:rPr>
        <w:drawing>
          <wp:inline distT="0" distB="0" distL="0" distR="0" wp14:anchorId="4938006D" wp14:editId="04753AC1">
            <wp:extent cx="5486400" cy="3063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ebbab6e94748bdba24ba5bafc9d3a3.jpeg"/>
                    <pic:cNvPicPr/>
                  </pic:nvPicPr>
                  <pic:blipFill>
                    <a:blip r:embed="rId30"/>
                    <a:stretch>
                      <a:fillRect/>
                    </a:stretch>
                  </pic:blipFill>
                  <pic:spPr>
                    <a:xfrm>
                      <a:off x="0" y="0"/>
                      <a:ext cx="5486400" cy="3063240"/>
                    </a:xfrm>
                    <a:prstGeom prst="rect">
                      <a:avLst/>
                    </a:prstGeom>
                  </pic:spPr>
                </pic:pic>
              </a:graphicData>
            </a:graphic>
          </wp:inline>
        </w:drawing>
      </w:r>
    </w:p>
    <w:p w14:paraId="6D3D9694" w14:textId="77777777" w:rsidR="006E4DBC" w:rsidRDefault="00FD6A6B">
      <w:pPr>
        <w:pStyle w:val="ListNumber"/>
        <w:keepNext/>
      </w:pPr>
      <w:r>
        <w:t>Click the "Email Address" field and enter email</w:t>
      </w:r>
    </w:p>
    <w:p w14:paraId="6EC6AD17" w14:textId="77777777" w:rsidR="006E4DBC" w:rsidRDefault="00FD6A6B">
      <w:r>
        <w:rPr>
          <w:noProof/>
        </w:rPr>
        <w:drawing>
          <wp:inline distT="0" distB="0" distL="0" distR="0" wp14:anchorId="205BB9D5" wp14:editId="79F4F14C">
            <wp:extent cx="5486400" cy="30632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18a1f20e47168d778a293dd817a5.jpeg"/>
                    <pic:cNvPicPr/>
                  </pic:nvPicPr>
                  <pic:blipFill>
                    <a:blip r:embed="rId31"/>
                    <a:stretch>
                      <a:fillRect/>
                    </a:stretch>
                  </pic:blipFill>
                  <pic:spPr>
                    <a:xfrm>
                      <a:off x="0" y="0"/>
                      <a:ext cx="5486400" cy="3063240"/>
                    </a:xfrm>
                    <a:prstGeom prst="rect">
                      <a:avLst/>
                    </a:prstGeom>
                  </pic:spPr>
                </pic:pic>
              </a:graphicData>
            </a:graphic>
          </wp:inline>
        </w:drawing>
      </w:r>
    </w:p>
    <w:p w14:paraId="56EB38F9" w14:textId="77777777" w:rsidR="006E4DBC" w:rsidRDefault="00FD6A6B">
      <w:pPr>
        <w:pStyle w:val="ListNumber"/>
        <w:keepNext/>
      </w:pPr>
      <w:r>
        <w:lastRenderedPageBreak/>
        <w:t>Click "Send"</w:t>
      </w:r>
    </w:p>
    <w:p w14:paraId="18F59EC6" w14:textId="77777777" w:rsidR="006E4DBC" w:rsidRDefault="00FD6A6B">
      <w:r>
        <w:rPr>
          <w:noProof/>
        </w:rPr>
        <w:drawing>
          <wp:inline distT="0" distB="0" distL="0" distR="0" wp14:anchorId="44D9F768" wp14:editId="78F521ED">
            <wp:extent cx="5486400" cy="30632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f79c29c01461f875270732be88ee1.jpeg"/>
                    <pic:cNvPicPr/>
                  </pic:nvPicPr>
                  <pic:blipFill>
                    <a:blip r:embed="rId32"/>
                    <a:stretch>
                      <a:fillRect/>
                    </a:stretch>
                  </pic:blipFill>
                  <pic:spPr>
                    <a:xfrm>
                      <a:off x="0" y="0"/>
                      <a:ext cx="5486400" cy="3063240"/>
                    </a:xfrm>
                    <a:prstGeom prst="rect">
                      <a:avLst/>
                    </a:prstGeom>
                  </pic:spPr>
                </pic:pic>
              </a:graphicData>
            </a:graphic>
          </wp:inline>
        </w:drawing>
      </w:r>
    </w:p>
    <w:p w14:paraId="21D8BE24" w14:textId="77777777" w:rsidR="006E4DBC" w:rsidRDefault="00FD6A6B">
      <w:pPr>
        <w:pStyle w:val="ListNumber"/>
        <w:keepNext/>
      </w:pPr>
      <w:r>
        <w:t>You will receive a green notification advising that the email has been successfully sent</w:t>
      </w:r>
    </w:p>
    <w:p w14:paraId="13032500" w14:textId="77777777" w:rsidR="006E4DBC" w:rsidRDefault="00FD6A6B">
      <w:r>
        <w:rPr>
          <w:noProof/>
        </w:rPr>
        <w:drawing>
          <wp:inline distT="0" distB="0" distL="0" distR="0" wp14:anchorId="6F23766F" wp14:editId="3E836B8C">
            <wp:extent cx="5486400" cy="3063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c95c403b14739848b5ac01c8eb362.jpeg"/>
                    <pic:cNvPicPr/>
                  </pic:nvPicPr>
                  <pic:blipFill>
                    <a:blip r:embed="rId33"/>
                    <a:stretch>
                      <a:fillRect/>
                    </a:stretch>
                  </pic:blipFill>
                  <pic:spPr>
                    <a:xfrm>
                      <a:off x="0" y="0"/>
                      <a:ext cx="5486400" cy="3063240"/>
                    </a:xfrm>
                    <a:prstGeom prst="rect">
                      <a:avLst/>
                    </a:prstGeom>
                  </pic:spPr>
                </pic:pic>
              </a:graphicData>
            </a:graphic>
          </wp:inline>
        </w:drawing>
      </w:r>
    </w:p>
    <w:p w14:paraId="7AAF3422" w14:textId="77777777" w:rsidR="006E4DBC" w:rsidRDefault="00FD6A6B">
      <w:pPr>
        <w:pStyle w:val="Heading1"/>
      </w:pPr>
      <w:r>
        <w:lastRenderedPageBreak/>
        <w:t>Evacuee Opens their Email Account (Recommend they do this on the same mobile device with their BC Services Card App)</w:t>
      </w:r>
    </w:p>
    <w:p w14:paraId="2E6FF2F7" w14:textId="77777777" w:rsidR="006E4DBC" w:rsidRDefault="00FD6A6B">
      <w:pPr>
        <w:pStyle w:val="ListNumber"/>
        <w:keepNext/>
      </w:pPr>
      <w:r>
        <w:t>The evacuee will receive an email with the subject title "Log in to your Evacuee Registration &amp; Assistance (ERA) User Profile using the BC Services Card app</w:t>
      </w:r>
    </w:p>
    <w:p w14:paraId="17C8B5E4" w14:textId="77777777" w:rsidR="006E4DBC" w:rsidRDefault="00FD6A6B">
      <w:r>
        <w:rPr>
          <w:noProof/>
        </w:rPr>
        <w:drawing>
          <wp:inline distT="0" distB="0" distL="0" distR="0" wp14:anchorId="52C1B100" wp14:editId="6BB0305A">
            <wp:extent cx="1160907" cy="2514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caf2a2bbad429bb4371b8e6bb36ded.jpeg"/>
                    <pic:cNvPicPr/>
                  </pic:nvPicPr>
                  <pic:blipFill>
                    <a:blip r:embed="rId34"/>
                    <a:stretch>
                      <a:fillRect/>
                    </a:stretch>
                  </pic:blipFill>
                  <pic:spPr>
                    <a:xfrm>
                      <a:off x="0" y="0"/>
                      <a:ext cx="1160907" cy="2514600"/>
                    </a:xfrm>
                    <a:prstGeom prst="rect">
                      <a:avLst/>
                    </a:prstGeom>
                  </pic:spPr>
                </pic:pic>
              </a:graphicData>
            </a:graphic>
          </wp:inline>
        </w:drawing>
      </w:r>
    </w:p>
    <w:p w14:paraId="09F69C3C" w14:textId="77777777" w:rsidR="006E4DBC" w:rsidRDefault="00FD6A6B">
      <w:pPr>
        <w:pStyle w:val="ListNumber"/>
        <w:keepNext/>
      </w:pPr>
      <w:r>
        <w:t>The evacuee should click the link</w:t>
      </w:r>
    </w:p>
    <w:p w14:paraId="54D46A4F" w14:textId="77777777" w:rsidR="006E4DBC" w:rsidRDefault="00FD6A6B">
      <w:r>
        <w:rPr>
          <w:noProof/>
        </w:rPr>
        <w:drawing>
          <wp:inline distT="0" distB="0" distL="0" distR="0" wp14:anchorId="613BE75A" wp14:editId="52274EDF">
            <wp:extent cx="1160907" cy="2514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6691f660d74709bd8f4e763be05704.jpeg"/>
                    <pic:cNvPicPr/>
                  </pic:nvPicPr>
                  <pic:blipFill>
                    <a:blip r:embed="rId35"/>
                    <a:stretch>
                      <a:fillRect/>
                    </a:stretch>
                  </pic:blipFill>
                  <pic:spPr>
                    <a:xfrm>
                      <a:off x="0" y="0"/>
                      <a:ext cx="1160907" cy="2514600"/>
                    </a:xfrm>
                    <a:prstGeom prst="rect">
                      <a:avLst/>
                    </a:prstGeom>
                  </pic:spPr>
                </pic:pic>
              </a:graphicData>
            </a:graphic>
          </wp:inline>
        </w:drawing>
      </w:r>
    </w:p>
    <w:p w14:paraId="73FF4199" w14:textId="77777777" w:rsidR="006E4DBC" w:rsidRDefault="00FD6A6B">
      <w:pPr>
        <w:pStyle w:val="ListNumber"/>
        <w:keepNext/>
      </w:pPr>
      <w:r>
        <w:lastRenderedPageBreak/>
        <w:t>The evacuee will have to decide how to sign-in to their BC Services Card account. It is recommended the evacuee chooses the "BC Services Card app" if the evacuee has the app</w:t>
      </w:r>
    </w:p>
    <w:p w14:paraId="22846FD0" w14:textId="77777777" w:rsidR="006E4DBC" w:rsidRDefault="00FD6A6B">
      <w:r>
        <w:rPr>
          <w:noProof/>
        </w:rPr>
        <w:drawing>
          <wp:inline distT="0" distB="0" distL="0" distR="0" wp14:anchorId="49099F6C" wp14:editId="1135C6FB">
            <wp:extent cx="1160907" cy="2514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f83d5b72d4463a89e9acc80bc3abbc.jpeg"/>
                    <pic:cNvPicPr/>
                  </pic:nvPicPr>
                  <pic:blipFill>
                    <a:blip r:embed="rId36"/>
                    <a:stretch>
                      <a:fillRect/>
                    </a:stretch>
                  </pic:blipFill>
                  <pic:spPr>
                    <a:xfrm>
                      <a:off x="0" y="0"/>
                      <a:ext cx="1160907" cy="2514600"/>
                    </a:xfrm>
                    <a:prstGeom prst="rect">
                      <a:avLst/>
                    </a:prstGeom>
                  </pic:spPr>
                </pic:pic>
              </a:graphicData>
            </a:graphic>
          </wp:inline>
        </w:drawing>
      </w:r>
    </w:p>
    <w:p w14:paraId="4DC24153" w14:textId="77777777" w:rsidR="006E4DBC" w:rsidRDefault="00FD6A6B">
      <w:pPr>
        <w:pStyle w:val="ListNumber"/>
        <w:keepNext/>
      </w:pPr>
      <w:r>
        <w:t>Click "Open"</w:t>
      </w:r>
    </w:p>
    <w:p w14:paraId="3050E0EC" w14:textId="77777777" w:rsidR="006E4DBC" w:rsidRDefault="00FD6A6B">
      <w:r>
        <w:rPr>
          <w:noProof/>
        </w:rPr>
        <w:drawing>
          <wp:inline distT="0" distB="0" distL="0" distR="0" wp14:anchorId="571F4F5E" wp14:editId="6734AE3A">
            <wp:extent cx="1160907" cy="2514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29abdccef4fdfb6ee9d516e78462b.jpeg"/>
                    <pic:cNvPicPr/>
                  </pic:nvPicPr>
                  <pic:blipFill>
                    <a:blip r:embed="rId37"/>
                    <a:stretch>
                      <a:fillRect/>
                    </a:stretch>
                  </pic:blipFill>
                  <pic:spPr>
                    <a:xfrm>
                      <a:off x="0" y="0"/>
                      <a:ext cx="1160907" cy="2514600"/>
                    </a:xfrm>
                    <a:prstGeom prst="rect">
                      <a:avLst/>
                    </a:prstGeom>
                  </pic:spPr>
                </pic:pic>
              </a:graphicData>
            </a:graphic>
          </wp:inline>
        </w:drawing>
      </w:r>
    </w:p>
    <w:p w14:paraId="29D19A6C" w14:textId="77777777" w:rsidR="006E4DBC" w:rsidRDefault="00FD6A6B">
      <w:pPr>
        <w:pStyle w:val="ListNumber"/>
        <w:keepNext/>
      </w:pPr>
      <w:r>
        <w:lastRenderedPageBreak/>
        <w:t>The BC Services Card Account app will open with the name of the individual logged in, click on the name to continue</w:t>
      </w:r>
    </w:p>
    <w:p w14:paraId="691DEF28" w14:textId="77777777" w:rsidR="006E4DBC" w:rsidRDefault="00FD6A6B">
      <w:r>
        <w:rPr>
          <w:noProof/>
        </w:rPr>
        <w:drawing>
          <wp:inline distT="0" distB="0" distL="0" distR="0" wp14:anchorId="6B0CC22E" wp14:editId="63825A1E">
            <wp:extent cx="1160907" cy="2514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53e4c580b04f41962733896b0a53e9.webp"/>
                    <pic:cNvPicPr/>
                  </pic:nvPicPr>
                  <pic:blipFill>
                    <a:blip r:embed="rId38"/>
                    <a:stretch>
                      <a:fillRect/>
                    </a:stretch>
                  </pic:blipFill>
                  <pic:spPr>
                    <a:xfrm>
                      <a:off x="0" y="0"/>
                      <a:ext cx="1160907" cy="2514600"/>
                    </a:xfrm>
                    <a:prstGeom prst="rect">
                      <a:avLst/>
                    </a:prstGeom>
                  </pic:spPr>
                </pic:pic>
              </a:graphicData>
            </a:graphic>
          </wp:inline>
        </w:drawing>
      </w:r>
    </w:p>
    <w:p w14:paraId="3C6CCE23" w14:textId="77777777" w:rsidR="006E4DBC" w:rsidRDefault="00FD6A6B">
      <w:pPr>
        <w:pStyle w:val="ListNumber"/>
        <w:keepNext/>
      </w:pPr>
      <w:r>
        <w:t>Click "Continue"</w:t>
      </w:r>
    </w:p>
    <w:p w14:paraId="352CF12D" w14:textId="77777777" w:rsidR="006E4DBC" w:rsidRDefault="00FD6A6B">
      <w:r>
        <w:rPr>
          <w:noProof/>
        </w:rPr>
        <w:drawing>
          <wp:inline distT="0" distB="0" distL="0" distR="0" wp14:anchorId="1AC81109" wp14:editId="08423B79">
            <wp:extent cx="1160907" cy="2514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c3e55ca75418f9366eb5285a01f33.webp"/>
                    <pic:cNvPicPr/>
                  </pic:nvPicPr>
                  <pic:blipFill>
                    <a:blip r:embed="rId39"/>
                    <a:stretch>
                      <a:fillRect/>
                    </a:stretch>
                  </pic:blipFill>
                  <pic:spPr>
                    <a:xfrm>
                      <a:off x="0" y="0"/>
                      <a:ext cx="1160907" cy="2514600"/>
                    </a:xfrm>
                    <a:prstGeom prst="rect">
                      <a:avLst/>
                    </a:prstGeom>
                  </pic:spPr>
                </pic:pic>
              </a:graphicData>
            </a:graphic>
          </wp:inline>
        </w:drawing>
      </w:r>
    </w:p>
    <w:p w14:paraId="182D2ABC" w14:textId="77777777" w:rsidR="006E4DBC" w:rsidRDefault="00FD6A6B">
      <w:pPr>
        <w:pStyle w:val="ListNumber"/>
        <w:keepNext/>
      </w:pPr>
      <w:r>
        <w:lastRenderedPageBreak/>
        <w:t>Click where the yellow arrow is pointing</w:t>
      </w:r>
    </w:p>
    <w:p w14:paraId="17CD2A8B" w14:textId="77777777" w:rsidR="006E4DBC" w:rsidRDefault="00FD6A6B">
      <w:r>
        <w:rPr>
          <w:noProof/>
        </w:rPr>
        <w:drawing>
          <wp:inline distT="0" distB="0" distL="0" distR="0" wp14:anchorId="6FF04315" wp14:editId="6F4A6A52">
            <wp:extent cx="1160907" cy="2514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ac78afd44a402caf472474febc0513.jpeg"/>
                    <pic:cNvPicPr/>
                  </pic:nvPicPr>
                  <pic:blipFill>
                    <a:blip r:embed="rId40"/>
                    <a:stretch>
                      <a:fillRect/>
                    </a:stretch>
                  </pic:blipFill>
                  <pic:spPr>
                    <a:xfrm>
                      <a:off x="0" y="0"/>
                      <a:ext cx="1160907" cy="2514600"/>
                    </a:xfrm>
                    <a:prstGeom prst="rect">
                      <a:avLst/>
                    </a:prstGeom>
                  </pic:spPr>
                </pic:pic>
              </a:graphicData>
            </a:graphic>
          </wp:inline>
        </w:drawing>
      </w:r>
    </w:p>
    <w:p w14:paraId="34E5CB79" w14:textId="77777777" w:rsidR="006E4DBC" w:rsidRDefault="00FD6A6B">
      <w:pPr>
        <w:pStyle w:val="ListNumber"/>
        <w:keepNext/>
      </w:pPr>
      <w:r>
        <w:t>The evacuee should read the Terms of Use and then click on the box besides "I agree to the BC Login Service Terms of Use"</w:t>
      </w:r>
    </w:p>
    <w:p w14:paraId="6EBBA48A" w14:textId="77777777" w:rsidR="006E4DBC" w:rsidRDefault="00FD6A6B">
      <w:r>
        <w:rPr>
          <w:noProof/>
        </w:rPr>
        <w:drawing>
          <wp:inline distT="0" distB="0" distL="0" distR="0" wp14:anchorId="14DDC8FF" wp14:editId="1B74A632">
            <wp:extent cx="1160907" cy="2514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e7db286a92438c8e1e4d97814b3cac.webp"/>
                    <pic:cNvPicPr/>
                  </pic:nvPicPr>
                  <pic:blipFill>
                    <a:blip r:embed="rId41"/>
                    <a:stretch>
                      <a:fillRect/>
                    </a:stretch>
                  </pic:blipFill>
                  <pic:spPr>
                    <a:xfrm>
                      <a:off x="0" y="0"/>
                      <a:ext cx="1160907" cy="2514600"/>
                    </a:xfrm>
                    <a:prstGeom prst="rect">
                      <a:avLst/>
                    </a:prstGeom>
                  </pic:spPr>
                </pic:pic>
              </a:graphicData>
            </a:graphic>
          </wp:inline>
        </w:drawing>
      </w:r>
    </w:p>
    <w:p w14:paraId="2FA43C31" w14:textId="77777777" w:rsidR="006E4DBC" w:rsidRDefault="00FD6A6B">
      <w:pPr>
        <w:pStyle w:val="ListNumber"/>
        <w:keepNext/>
      </w:pPr>
      <w:r>
        <w:lastRenderedPageBreak/>
        <w:t>Click "Continue"</w:t>
      </w:r>
    </w:p>
    <w:p w14:paraId="4AA5F998" w14:textId="77777777" w:rsidR="006E4DBC" w:rsidRDefault="00FD6A6B">
      <w:r>
        <w:rPr>
          <w:noProof/>
        </w:rPr>
        <w:drawing>
          <wp:inline distT="0" distB="0" distL="0" distR="0" wp14:anchorId="6518918C" wp14:editId="7A948956">
            <wp:extent cx="1160907" cy="2514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8677dba59749379c3bab8defb8a3c9.webp"/>
                    <pic:cNvPicPr/>
                  </pic:nvPicPr>
                  <pic:blipFill>
                    <a:blip r:embed="rId42"/>
                    <a:stretch>
                      <a:fillRect/>
                    </a:stretch>
                  </pic:blipFill>
                  <pic:spPr>
                    <a:xfrm>
                      <a:off x="0" y="0"/>
                      <a:ext cx="1160907" cy="2514600"/>
                    </a:xfrm>
                    <a:prstGeom prst="rect">
                      <a:avLst/>
                    </a:prstGeom>
                  </pic:spPr>
                </pic:pic>
              </a:graphicData>
            </a:graphic>
          </wp:inline>
        </w:drawing>
      </w:r>
    </w:p>
    <w:p w14:paraId="5C65153B" w14:textId="77777777" w:rsidR="006E4DBC" w:rsidRDefault="00FD6A6B">
      <w:pPr>
        <w:pStyle w:val="ListNumber"/>
        <w:keepNext/>
      </w:pPr>
      <w:r>
        <w:t>The evacuee will be re-directed to their ERA profile homepage. The BC Services Card account is now linked to their existing profile. A responder can now search for the evacuee and an 'e-Transfer eligible' flag will appear besides the user profile and any related ESS files</w:t>
      </w:r>
    </w:p>
    <w:p w14:paraId="2CEC708C" w14:textId="77777777" w:rsidR="006E4DBC" w:rsidRDefault="00FD6A6B">
      <w:r>
        <w:rPr>
          <w:noProof/>
        </w:rPr>
        <w:drawing>
          <wp:inline distT="0" distB="0" distL="0" distR="0" wp14:anchorId="2F65B482" wp14:editId="6BCABA43">
            <wp:extent cx="1160907" cy="2514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8ac878458474cbaf7d3e01053d31c.webp"/>
                    <pic:cNvPicPr/>
                  </pic:nvPicPr>
                  <pic:blipFill>
                    <a:blip r:embed="rId43"/>
                    <a:stretch>
                      <a:fillRect/>
                    </a:stretch>
                  </pic:blipFill>
                  <pic:spPr>
                    <a:xfrm>
                      <a:off x="0" y="0"/>
                      <a:ext cx="1160907" cy="2514600"/>
                    </a:xfrm>
                    <a:prstGeom prst="rect">
                      <a:avLst/>
                    </a:prstGeom>
                  </pic:spPr>
                </pic:pic>
              </a:graphicData>
            </a:graphic>
          </wp:inline>
        </w:drawing>
      </w:r>
    </w:p>
    <w:sectPr w:rsidR="006E4DB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994723684">
    <w:abstractNumId w:val="8"/>
  </w:num>
  <w:num w:numId="2" w16cid:durableId="56058292">
    <w:abstractNumId w:val="6"/>
  </w:num>
  <w:num w:numId="3" w16cid:durableId="1994675724">
    <w:abstractNumId w:val="5"/>
  </w:num>
  <w:num w:numId="4" w16cid:durableId="637105616">
    <w:abstractNumId w:val="4"/>
  </w:num>
  <w:num w:numId="5" w16cid:durableId="1962614817">
    <w:abstractNumId w:val="7"/>
  </w:num>
  <w:num w:numId="6" w16cid:durableId="97603409">
    <w:abstractNumId w:val="3"/>
  </w:num>
  <w:num w:numId="7" w16cid:durableId="376705339">
    <w:abstractNumId w:val="2"/>
  </w:num>
  <w:num w:numId="8" w16cid:durableId="1692730033">
    <w:abstractNumId w:val="1"/>
  </w:num>
  <w:num w:numId="9" w16cid:durableId="2106881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6E4DBC"/>
    <w:rsid w:val="00AA1D8D"/>
    <w:rsid w:val="00B47730"/>
    <w:rsid w:val="00CB0664"/>
    <w:rsid w:val="00CD1583"/>
    <w:rsid w:val="00FC693F"/>
    <w:rsid w:val="00FD6A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85866A"/>
  <w14:defaultImageDpi w14:val="300"/>
  <w15:docId w15:val="{56506EC3-A1E5-47CD-AC5C-BBE035CD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webp"/><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webp"/><Relationship Id="rId7" Type="http://schemas.openxmlformats.org/officeDocument/2006/relationships/image" Target="media/image1.webp"/><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https://ess.gov.bc.ca/"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webp"/><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webp"/><Relationship Id="rId20" Type="http://schemas.openxmlformats.org/officeDocument/2006/relationships/image" Target="media/image14.jpeg"/><Relationship Id="rId41" Type="http://schemas.openxmlformats.org/officeDocument/2006/relationships/image" Target="media/image35.web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437</Words>
  <Characters>2493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Kelerstein, Arie EMCR:EX</cp:lastModifiedBy>
  <cp:revision>2</cp:revision>
  <dcterms:created xsi:type="dcterms:W3CDTF">2025-07-14T18:02:00Z</dcterms:created>
  <dcterms:modified xsi:type="dcterms:W3CDTF">2025-07-14T18:02:00Z</dcterms:modified>
  <cp:category/>
</cp:coreProperties>
</file>