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ebp" ContentType="image/g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21A23" w14:textId="7423AC74" w:rsidR="009C0E53" w:rsidRDefault="00B9305B">
      <w:pPr>
        <w:pStyle w:val="Heading1"/>
      </w:pPr>
      <w:r>
        <w:t xml:space="preserve">ERA User Guide: </w:t>
      </w:r>
      <w:r>
        <w:t>How To Reprint Evacuee Support Referrals</w:t>
      </w:r>
    </w:p>
    <w:p w14:paraId="654182FC" w14:textId="77777777" w:rsidR="009C0E53" w:rsidRDefault="00B9305B">
      <w:pPr>
        <w:pStyle w:val="ListNumber"/>
        <w:keepNext/>
      </w:pPr>
      <w:r>
        <w:t>From the Responder Portal Dashboard, click "Evacuee Search &amp; Registration"</w:t>
      </w:r>
    </w:p>
    <w:p w14:paraId="1D4AE852" w14:textId="77777777" w:rsidR="009C0E53" w:rsidRDefault="00B9305B">
      <w:r>
        <w:rPr>
          <w:noProof/>
        </w:rPr>
        <w:drawing>
          <wp:inline distT="0" distB="0" distL="0" distR="0" wp14:anchorId="0F6D8706" wp14:editId="77E19AC3">
            <wp:extent cx="5486400" cy="30586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5a33f1faaf4fa49eda9f37500153bc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F6568" w14:textId="77777777" w:rsidR="009C0E53" w:rsidRDefault="00B9305B">
      <w:pPr>
        <w:pStyle w:val="ListNumber"/>
        <w:keepNext/>
      </w:pPr>
      <w:r>
        <w:t>Click the "Enter Task #" field and enter the task number</w:t>
      </w:r>
    </w:p>
    <w:p w14:paraId="12A23BE6" w14:textId="77777777" w:rsidR="009C0E53" w:rsidRDefault="00B9305B">
      <w:r>
        <w:rPr>
          <w:noProof/>
        </w:rPr>
        <w:drawing>
          <wp:inline distT="0" distB="0" distL="0" distR="0" wp14:anchorId="24FB23C7" wp14:editId="5198435D">
            <wp:extent cx="5486400" cy="30586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7c300b8a244b2aa270729123ec7d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965B" w14:textId="77777777" w:rsidR="009C0E53" w:rsidRDefault="00B9305B">
      <w:pPr>
        <w:pStyle w:val="ListNumber"/>
        <w:keepNext/>
      </w:pPr>
      <w:r>
        <w:lastRenderedPageBreak/>
        <w:t>Click "Submit"</w:t>
      </w:r>
    </w:p>
    <w:p w14:paraId="66F51CEA" w14:textId="77777777" w:rsidR="009C0E53" w:rsidRDefault="00B9305B">
      <w:r>
        <w:rPr>
          <w:noProof/>
        </w:rPr>
        <w:drawing>
          <wp:inline distT="0" distB="0" distL="0" distR="0" wp14:anchorId="595D17DB" wp14:editId="63691AED">
            <wp:extent cx="5486400" cy="30586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1886fb71094dd2adce8e92d849982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32096" w14:textId="77777777" w:rsidR="009C0E53" w:rsidRDefault="00B9305B">
      <w:pPr>
        <w:pStyle w:val="ListNumber"/>
        <w:keepNext/>
      </w:pPr>
      <w:r>
        <w:t>Click "Sign in to Task"</w:t>
      </w:r>
    </w:p>
    <w:p w14:paraId="49E603B1" w14:textId="77777777" w:rsidR="009C0E53" w:rsidRDefault="00B9305B">
      <w:r>
        <w:rPr>
          <w:noProof/>
        </w:rPr>
        <w:drawing>
          <wp:inline distT="0" distB="0" distL="0" distR="0" wp14:anchorId="523AE54A" wp14:editId="387B3701">
            <wp:extent cx="5486400" cy="30586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f50691fc9c4e2b9a75169d280bd048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780B" w14:textId="77777777" w:rsidR="009C0E53" w:rsidRDefault="00B9305B">
      <w:pPr>
        <w:pStyle w:val="ListNumber"/>
        <w:keepNext/>
      </w:pPr>
      <w:r>
        <w:lastRenderedPageBreak/>
        <w:t>Click the "I am doing evacuee registration &amp; extensions"</w:t>
      </w:r>
    </w:p>
    <w:p w14:paraId="6391F032" w14:textId="77777777" w:rsidR="009C0E53" w:rsidRDefault="00B9305B">
      <w:r>
        <w:rPr>
          <w:noProof/>
        </w:rPr>
        <w:drawing>
          <wp:inline distT="0" distB="0" distL="0" distR="0" wp14:anchorId="69F9E326" wp14:editId="328C1514">
            <wp:extent cx="5486400" cy="30586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78947985844ca9b71311775e3b9f35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A2D3" w14:textId="77777777" w:rsidR="009C0E53" w:rsidRDefault="00B9305B">
      <w:pPr>
        <w:pStyle w:val="ListNumber"/>
        <w:keepNext/>
      </w:pPr>
      <w:r>
        <w:t>Click "Next"</w:t>
      </w:r>
    </w:p>
    <w:p w14:paraId="764B71BC" w14:textId="77777777" w:rsidR="009C0E53" w:rsidRDefault="00B9305B">
      <w:r>
        <w:rPr>
          <w:noProof/>
        </w:rPr>
        <w:drawing>
          <wp:inline distT="0" distB="0" distL="0" distR="0" wp14:anchorId="431165CD" wp14:editId="0D7B3288">
            <wp:extent cx="5486400" cy="30586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a2af279d4b413f9d4a789c0341c17e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2784" w14:textId="77777777" w:rsidR="009C0E53" w:rsidRDefault="00B9305B">
      <w:pPr>
        <w:pStyle w:val="ListNumber"/>
        <w:keepNext/>
      </w:pPr>
      <w:r>
        <w:lastRenderedPageBreak/>
        <w:t>Click on the appropriate circle depending on if the evacuee provided valid government issued photo identification</w:t>
      </w:r>
    </w:p>
    <w:p w14:paraId="7593D448" w14:textId="77777777" w:rsidR="009C0E53" w:rsidRDefault="00B9305B">
      <w:r>
        <w:rPr>
          <w:noProof/>
        </w:rPr>
        <w:drawing>
          <wp:inline distT="0" distB="0" distL="0" distR="0" wp14:anchorId="4A4E42B4" wp14:editId="3761CF2E">
            <wp:extent cx="5486400" cy="30586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fff4e9d53c44f78217761ca507bf09.web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CC7C" w14:textId="77777777" w:rsidR="009C0E53" w:rsidRDefault="00B9305B">
      <w:pPr>
        <w:pStyle w:val="ListNumber"/>
        <w:keepNext/>
      </w:pPr>
      <w:r>
        <w:t>Click "Next"</w:t>
      </w:r>
    </w:p>
    <w:p w14:paraId="1B08947B" w14:textId="77777777" w:rsidR="009C0E53" w:rsidRDefault="00B9305B">
      <w:r>
        <w:rPr>
          <w:noProof/>
        </w:rPr>
        <w:drawing>
          <wp:inline distT="0" distB="0" distL="0" distR="0" wp14:anchorId="3E55DEBE" wp14:editId="7F4F005A">
            <wp:extent cx="5486400" cy="305866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8387052cc14aedb11b3748b1a4c87a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4E796" w14:textId="77777777" w:rsidR="009C0E53" w:rsidRDefault="00B9305B">
      <w:pPr>
        <w:pStyle w:val="ListNumber"/>
        <w:keepNext/>
      </w:pPr>
      <w:r>
        <w:lastRenderedPageBreak/>
        <w:t>Click "Last Name" and enter evacuee last name</w:t>
      </w:r>
    </w:p>
    <w:p w14:paraId="0FA5221D" w14:textId="77777777" w:rsidR="009C0E53" w:rsidRDefault="00B9305B">
      <w:r>
        <w:rPr>
          <w:noProof/>
        </w:rPr>
        <w:drawing>
          <wp:inline distT="0" distB="0" distL="0" distR="0" wp14:anchorId="14CD7B07" wp14:editId="29F5789C">
            <wp:extent cx="5486400" cy="30586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adbf83e85d42128a78dc25b1c5830d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63FD" w14:textId="77777777" w:rsidR="009C0E53" w:rsidRDefault="00B9305B">
      <w:pPr>
        <w:pStyle w:val="ListNumber"/>
        <w:keepNext/>
      </w:pPr>
      <w:r>
        <w:t>Click the "First Name" field and enter evacuee first name</w:t>
      </w:r>
    </w:p>
    <w:p w14:paraId="087AB642" w14:textId="77777777" w:rsidR="009C0E53" w:rsidRDefault="00B9305B">
      <w:r>
        <w:rPr>
          <w:noProof/>
        </w:rPr>
        <w:drawing>
          <wp:inline distT="0" distB="0" distL="0" distR="0" wp14:anchorId="4920D3EF" wp14:editId="0B6F5ACF">
            <wp:extent cx="5486400" cy="30586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021369946d41128484c0c94d7c0df6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B12E" w14:textId="77777777" w:rsidR="009C0E53" w:rsidRDefault="00B9305B">
      <w:pPr>
        <w:pStyle w:val="ListNumber"/>
        <w:keepNext/>
      </w:pPr>
      <w:r>
        <w:lastRenderedPageBreak/>
        <w:t>Click Date of Birth and enter the evacuee date of birth</w:t>
      </w:r>
    </w:p>
    <w:p w14:paraId="56D01C2F" w14:textId="77777777" w:rsidR="009C0E53" w:rsidRDefault="00B9305B">
      <w:r>
        <w:rPr>
          <w:noProof/>
        </w:rPr>
        <w:drawing>
          <wp:inline distT="0" distB="0" distL="0" distR="0" wp14:anchorId="49FB68A7" wp14:editId="4CEAA403">
            <wp:extent cx="5486400" cy="305866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766769ca8472891b34622ca1d4b27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1530" w14:textId="77777777" w:rsidR="009C0E53" w:rsidRDefault="00B9305B">
      <w:pPr>
        <w:pStyle w:val="ListNumber"/>
        <w:keepNext/>
      </w:pPr>
      <w:r>
        <w:t>Click "Search"</w:t>
      </w:r>
    </w:p>
    <w:p w14:paraId="17F78B50" w14:textId="77777777" w:rsidR="009C0E53" w:rsidRDefault="00B9305B">
      <w:r>
        <w:rPr>
          <w:noProof/>
        </w:rPr>
        <w:drawing>
          <wp:inline distT="0" distB="0" distL="0" distR="0" wp14:anchorId="60A2DCA8" wp14:editId="62F80381">
            <wp:extent cx="5486400" cy="305866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53eaa93a44cd2865e04065fd7d06a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2A5F" w14:textId="77777777" w:rsidR="009C0E53" w:rsidRDefault="00B9305B">
      <w:pPr>
        <w:pStyle w:val="ListNumber"/>
        <w:keepNext/>
      </w:pPr>
      <w:r>
        <w:lastRenderedPageBreak/>
        <w:t>Click on the file with the referral you need to re-print</w:t>
      </w:r>
    </w:p>
    <w:p w14:paraId="646E3BBA" w14:textId="77777777" w:rsidR="009C0E53" w:rsidRDefault="00B9305B">
      <w:r>
        <w:rPr>
          <w:noProof/>
        </w:rPr>
        <w:drawing>
          <wp:inline distT="0" distB="0" distL="0" distR="0" wp14:anchorId="5FAB49F9" wp14:editId="4941B4B1">
            <wp:extent cx="5486400" cy="30586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abee49e9341f6b678d6d3b562f59a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637C4" w14:textId="77777777" w:rsidR="009C0E53" w:rsidRDefault="00B9305B">
      <w:pPr>
        <w:pStyle w:val="ListNumber"/>
        <w:keepNext/>
      </w:pPr>
      <w:r>
        <w:t>Click the "Provide Supports/Extensions" field</w:t>
      </w:r>
    </w:p>
    <w:p w14:paraId="47C65B4E" w14:textId="77777777" w:rsidR="009C0E53" w:rsidRDefault="00B9305B">
      <w:r>
        <w:rPr>
          <w:noProof/>
        </w:rPr>
        <w:drawing>
          <wp:inline distT="0" distB="0" distL="0" distR="0" wp14:anchorId="78BDBEF7" wp14:editId="225413AD">
            <wp:extent cx="5486400" cy="305866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65f690df164a98ab095da6c915f89c.webp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997FA" w14:textId="77777777" w:rsidR="009C0E53" w:rsidRDefault="00B9305B">
      <w:pPr>
        <w:pStyle w:val="ListNumber"/>
        <w:keepNext/>
      </w:pPr>
      <w:r>
        <w:lastRenderedPageBreak/>
        <w:t>Click "Proceed to ESS File"</w:t>
      </w:r>
    </w:p>
    <w:p w14:paraId="48382717" w14:textId="77777777" w:rsidR="009C0E53" w:rsidRDefault="00B9305B">
      <w:r>
        <w:rPr>
          <w:noProof/>
        </w:rPr>
        <w:drawing>
          <wp:inline distT="0" distB="0" distL="0" distR="0" wp14:anchorId="0E8396C3" wp14:editId="693B722E">
            <wp:extent cx="5486400" cy="305866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7006fe5f064963b4f42c474103db82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6BF5" w14:textId="77777777" w:rsidR="009C0E53" w:rsidRDefault="00B9305B">
      <w:pPr>
        <w:pStyle w:val="ListNumber"/>
        <w:keepNext/>
      </w:pPr>
      <w:r>
        <w:t>Click "Edit ESS File"</w:t>
      </w:r>
    </w:p>
    <w:p w14:paraId="1B7A5E3D" w14:textId="77777777" w:rsidR="009C0E53" w:rsidRDefault="00B9305B">
      <w:r>
        <w:rPr>
          <w:noProof/>
        </w:rPr>
        <w:drawing>
          <wp:inline distT="0" distB="0" distL="0" distR="0" wp14:anchorId="28984985" wp14:editId="754941FD">
            <wp:extent cx="5486400" cy="3063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6b763bcda74697a1e971508cf6945b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0188" w14:textId="77777777" w:rsidR="009C0E53" w:rsidRDefault="00B9305B">
      <w:pPr>
        <w:pStyle w:val="ListNumber"/>
        <w:keepNext/>
      </w:pPr>
      <w:r>
        <w:lastRenderedPageBreak/>
        <w:t>Click "Household Members &amp; Pets"</w:t>
      </w:r>
    </w:p>
    <w:p w14:paraId="3D0DA12A" w14:textId="77777777" w:rsidR="009C0E53" w:rsidRDefault="00B9305B">
      <w:r>
        <w:rPr>
          <w:noProof/>
        </w:rPr>
        <w:drawing>
          <wp:inline distT="0" distB="0" distL="0" distR="0" wp14:anchorId="16757C7A" wp14:editId="343507A6">
            <wp:extent cx="5486400" cy="30586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ab117e6b04b59a4ff955585b367cf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8B2B" w14:textId="77777777" w:rsidR="009C0E53" w:rsidRDefault="00B9305B">
      <w:pPr>
        <w:pStyle w:val="ListNumber"/>
        <w:keepNext/>
      </w:pPr>
      <w:r>
        <w:t>Click here to select all household members</w:t>
      </w:r>
    </w:p>
    <w:p w14:paraId="63A3D253" w14:textId="77777777" w:rsidR="009C0E53" w:rsidRDefault="00B9305B">
      <w:r>
        <w:rPr>
          <w:noProof/>
        </w:rPr>
        <w:drawing>
          <wp:inline distT="0" distB="0" distL="0" distR="0" wp14:anchorId="71732F0A" wp14:editId="6AE07443">
            <wp:extent cx="5486400" cy="305866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efc59f28f84955bf76d0c03eb66fa3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B4F6" w14:textId="77777777" w:rsidR="009C0E53" w:rsidRDefault="00B9305B">
      <w:pPr>
        <w:pStyle w:val="ListNumber"/>
        <w:keepNext/>
      </w:pPr>
      <w:r>
        <w:lastRenderedPageBreak/>
        <w:t>Click "Review &amp; Save"</w:t>
      </w:r>
    </w:p>
    <w:p w14:paraId="14D3100B" w14:textId="77777777" w:rsidR="009C0E53" w:rsidRDefault="00B9305B">
      <w:r>
        <w:rPr>
          <w:noProof/>
        </w:rPr>
        <w:drawing>
          <wp:inline distT="0" distB="0" distL="0" distR="0" wp14:anchorId="3FD92241" wp14:editId="0803F175">
            <wp:extent cx="5486400" cy="305866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bdf814861445c2baa28cf9ec053b8e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4533" w14:textId="77777777" w:rsidR="009C0E53" w:rsidRDefault="00B9305B">
      <w:pPr>
        <w:pStyle w:val="ListNumber"/>
        <w:keepNext/>
      </w:pPr>
      <w:r>
        <w:t>Click "Save ESS File"</w:t>
      </w:r>
    </w:p>
    <w:p w14:paraId="313A68C8" w14:textId="77777777" w:rsidR="009C0E53" w:rsidRDefault="00B9305B">
      <w:r>
        <w:rPr>
          <w:noProof/>
        </w:rPr>
        <w:drawing>
          <wp:inline distT="0" distB="0" distL="0" distR="0" wp14:anchorId="1A52C0D1" wp14:editId="73BBC4F3">
            <wp:extent cx="5486400" cy="30632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10a49409f94f80942a4de11df79460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7D6D" w14:textId="77777777" w:rsidR="009C0E53" w:rsidRDefault="00B9305B">
      <w:pPr>
        <w:pStyle w:val="ListNumber"/>
        <w:keepNext/>
      </w:pPr>
      <w:r>
        <w:lastRenderedPageBreak/>
        <w:t>Click "Proceed to Next Step"</w:t>
      </w:r>
    </w:p>
    <w:p w14:paraId="2E228C60" w14:textId="77777777" w:rsidR="009C0E53" w:rsidRDefault="00B9305B">
      <w:r>
        <w:rPr>
          <w:noProof/>
        </w:rPr>
        <w:drawing>
          <wp:inline distT="0" distB="0" distL="0" distR="0" wp14:anchorId="057F92DF" wp14:editId="0A321A68">
            <wp:extent cx="5486400" cy="305866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3c362b7bd42c7a8fdd577da764eb4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072D" w14:textId="77777777" w:rsidR="009C0E53" w:rsidRDefault="00B9305B">
      <w:pPr>
        <w:pStyle w:val="ListNumber"/>
        <w:keepNext/>
      </w:pPr>
      <w:r>
        <w:t>Click on the referral you'd like to re-print. Only Active referrals can be re-printed</w:t>
      </w:r>
    </w:p>
    <w:p w14:paraId="2AD0546B" w14:textId="77777777" w:rsidR="009C0E53" w:rsidRDefault="00B9305B">
      <w:r>
        <w:rPr>
          <w:noProof/>
        </w:rPr>
        <w:drawing>
          <wp:inline distT="0" distB="0" distL="0" distR="0" wp14:anchorId="3F2BAD65" wp14:editId="09A7DC94">
            <wp:extent cx="5486400" cy="30632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76c8e2b752468b89e0f3199fe23b7d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4525" w14:textId="77777777" w:rsidR="009C0E53" w:rsidRDefault="00B9305B">
      <w:pPr>
        <w:pStyle w:val="ListNumber"/>
        <w:keepNext/>
      </w:pPr>
      <w:r>
        <w:lastRenderedPageBreak/>
        <w:t>Click "Reprint Referral"</w:t>
      </w:r>
    </w:p>
    <w:p w14:paraId="50C05FBA" w14:textId="77777777" w:rsidR="009C0E53" w:rsidRDefault="00B9305B">
      <w:r>
        <w:rPr>
          <w:noProof/>
        </w:rPr>
        <w:drawing>
          <wp:inline distT="0" distB="0" distL="0" distR="0" wp14:anchorId="07C5C7ED" wp14:editId="49937E61">
            <wp:extent cx="5486400" cy="305866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a01f3ae83e458ca3fca694a9e755ef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40C0" w14:textId="77777777" w:rsidR="009C0E53" w:rsidRDefault="00B9305B">
      <w:pPr>
        <w:pStyle w:val="ListNumber"/>
        <w:keepNext/>
      </w:pPr>
      <w:r>
        <w:t>Click "Reason for reprint" field</w:t>
      </w:r>
    </w:p>
    <w:p w14:paraId="53321251" w14:textId="77777777" w:rsidR="009C0E53" w:rsidRDefault="00B9305B">
      <w:r>
        <w:rPr>
          <w:noProof/>
        </w:rPr>
        <w:drawing>
          <wp:inline distT="0" distB="0" distL="0" distR="0" wp14:anchorId="3A641A51" wp14:editId="2D526F6B">
            <wp:extent cx="5486400" cy="305866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5fa3df4634ddbb0cff900bd3b9f71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7DF9" w14:textId="77777777" w:rsidR="009C0E53" w:rsidRDefault="00B9305B">
      <w:pPr>
        <w:pStyle w:val="ListNumber"/>
        <w:keepNext/>
      </w:pPr>
      <w:r>
        <w:lastRenderedPageBreak/>
        <w:t>Click on the appropriate reason</w:t>
      </w:r>
    </w:p>
    <w:p w14:paraId="5EEE9D69" w14:textId="77777777" w:rsidR="009C0E53" w:rsidRDefault="00B9305B">
      <w:r>
        <w:rPr>
          <w:noProof/>
        </w:rPr>
        <w:drawing>
          <wp:inline distT="0" distB="0" distL="0" distR="0" wp14:anchorId="4E89151E" wp14:editId="7BFBF10B">
            <wp:extent cx="5486400" cy="305866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8f2da639544efebadac603ebc6f7a1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AAD4" w14:textId="77777777" w:rsidR="009C0E53" w:rsidRDefault="00B9305B">
      <w:pPr>
        <w:pStyle w:val="ListNumber"/>
        <w:keepNext/>
      </w:pPr>
      <w:r>
        <w:t>Click "Reprint Support"</w:t>
      </w:r>
    </w:p>
    <w:p w14:paraId="0ABB26CA" w14:textId="77777777" w:rsidR="009C0E53" w:rsidRDefault="00B9305B">
      <w:r>
        <w:rPr>
          <w:noProof/>
        </w:rPr>
        <w:drawing>
          <wp:inline distT="0" distB="0" distL="0" distR="0" wp14:anchorId="0B5B2856" wp14:editId="4327301A">
            <wp:extent cx="5486400" cy="305866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e5ad27efac476989fca918f23eff5e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C776" w14:textId="77777777" w:rsidR="009C0E53" w:rsidRDefault="00B9305B">
      <w:pPr>
        <w:pStyle w:val="ListNumber"/>
        <w:keepNext/>
      </w:pPr>
      <w:r>
        <w:lastRenderedPageBreak/>
        <w:t>A pdf pop up will open that can be saved and printed</w:t>
      </w:r>
    </w:p>
    <w:p w14:paraId="4CAFCD8D" w14:textId="77777777" w:rsidR="009C0E53" w:rsidRDefault="00B9305B">
      <w:r>
        <w:rPr>
          <w:noProof/>
        </w:rPr>
        <w:drawing>
          <wp:inline distT="0" distB="0" distL="0" distR="0" wp14:anchorId="516D2C83" wp14:editId="645179F9">
            <wp:extent cx="5486400" cy="35890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1d1b87d8704a14bfd8a2a11e751f1e.webp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E5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40232723">
    <w:abstractNumId w:val="8"/>
  </w:num>
  <w:num w:numId="2" w16cid:durableId="1514808086">
    <w:abstractNumId w:val="6"/>
  </w:num>
  <w:num w:numId="3" w16cid:durableId="521016230">
    <w:abstractNumId w:val="5"/>
  </w:num>
  <w:num w:numId="4" w16cid:durableId="2027171992">
    <w:abstractNumId w:val="4"/>
  </w:num>
  <w:num w:numId="5" w16cid:durableId="1029258193">
    <w:abstractNumId w:val="7"/>
  </w:num>
  <w:num w:numId="6" w16cid:durableId="813915002">
    <w:abstractNumId w:val="3"/>
  </w:num>
  <w:num w:numId="7" w16cid:durableId="2063210308">
    <w:abstractNumId w:val="2"/>
  </w:num>
  <w:num w:numId="8" w16cid:durableId="1239363032">
    <w:abstractNumId w:val="1"/>
  </w:num>
  <w:num w:numId="9" w16cid:durableId="124278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70F66"/>
    <w:rsid w:val="009C0E53"/>
    <w:rsid w:val="00AA1D8D"/>
    <w:rsid w:val="00B47730"/>
    <w:rsid w:val="00B9305B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0AC0D"/>
  <w14:defaultImageDpi w14:val="300"/>
  <w15:docId w15:val="{B4D8E3F0-412D-4E98-A53B-BC943E619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webp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web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webp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Kelerstein, Arie EMCR:EX</cp:lastModifiedBy>
  <cp:revision>2</cp:revision>
  <dcterms:created xsi:type="dcterms:W3CDTF">2025-07-14T18:12:00Z</dcterms:created>
  <dcterms:modified xsi:type="dcterms:W3CDTF">2025-07-14T18:12:00Z</dcterms:modified>
  <cp:category/>
</cp:coreProperties>
</file>