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eb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138FE" w14:textId="4EF99E95" w:rsidR="001E61D0" w:rsidRDefault="00C75496">
      <w:pPr>
        <w:pStyle w:val="Heading1"/>
      </w:pPr>
      <w:r>
        <w:t xml:space="preserve">ERA User Guide: </w:t>
      </w:r>
      <w:r>
        <w:t>Editing a Supplier</w:t>
      </w:r>
    </w:p>
    <w:p w14:paraId="53642C28" w14:textId="77777777" w:rsidR="001E61D0" w:rsidRDefault="00C75496">
      <w:pPr>
        <w:pStyle w:val="Heading2"/>
      </w:pPr>
      <w:r>
        <w:t xml:space="preserve">This guide provides a straightforward method for editing supplier details, ensuring you can efficiently manage supplier information. It outlines essential steps while highlighting limitations, such as the inability to change GST and RT numbers. </w:t>
      </w:r>
    </w:p>
    <w:p w14:paraId="44FEEA19" w14:textId="77777777" w:rsidR="001E61D0" w:rsidRDefault="00C75496">
      <w:pPr>
        <w:pStyle w:val="ListNumber"/>
        <w:keepNext/>
      </w:pPr>
      <w:r>
        <w:t xml:space="preserve">Navigate to </w:t>
      </w:r>
      <w:hyperlink r:id="rId6">
        <w:r>
          <w:rPr>
            <w:u w:val="single"/>
          </w:rPr>
          <w:t>https://ess.gov.bc.ca/</w:t>
        </w:r>
      </w:hyperlink>
    </w:p>
    <w:p w14:paraId="0267ACAF" w14:textId="77777777" w:rsidR="001E61D0" w:rsidRDefault="00C75496">
      <w:r>
        <w:rPr>
          <w:noProof/>
        </w:rPr>
        <w:drawing>
          <wp:inline distT="0" distB="0" distL="0" distR="0" wp14:anchorId="09683F6B" wp14:editId="7F55A291">
            <wp:extent cx="54864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e6cbe45a1c4b608494f9f49ca55cd6.web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62C1" w14:textId="77777777" w:rsidR="001E61D0" w:rsidRDefault="00C75496">
      <w:pPr>
        <w:pStyle w:val="ListNumber"/>
        <w:keepNext/>
      </w:pPr>
      <w:r>
        <w:lastRenderedPageBreak/>
        <w:t>Scroll down and click "Responder Portal Login"</w:t>
      </w:r>
    </w:p>
    <w:p w14:paraId="7FD17442" w14:textId="77777777" w:rsidR="001E61D0" w:rsidRDefault="00C75496">
      <w:r>
        <w:rPr>
          <w:noProof/>
        </w:rPr>
        <w:drawing>
          <wp:inline distT="0" distB="0" distL="0" distR="0" wp14:anchorId="134A8572" wp14:editId="2CEE2821">
            <wp:extent cx="5486400" cy="306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ef70be1f334228852d7a02d4a8059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F945" w14:textId="77777777" w:rsidR="001E61D0" w:rsidRDefault="00C75496">
      <w:pPr>
        <w:pStyle w:val="ListNumber"/>
        <w:keepNext/>
      </w:pPr>
      <w:r>
        <w:t>Click "Log in to Live"</w:t>
      </w:r>
    </w:p>
    <w:p w14:paraId="6018981E" w14:textId="77777777" w:rsidR="001E61D0" w:rsidRDefault="00C75496">
      <w:r>
        <w:rPr>
          <w:noProof/>
        </w:rPr>
        <w:drawing>
          <wp:inline distT="0" distB="0" distL="0" distR="0" wp14:anchorId="478638EE" wp14:editId="0342CC1F">
            <wp:extent cx="5486400" cy="306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2720ea1214421aefb9c571eca93c8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9EC0" w14:textId="77777777" w:rsidR="001E61D0" w:rsidRDefault="00C75496">
      <w:pPr>
        <w:pStyle w:val="ListNumber"/>
        <w:keepNext/>
      </w:pPr>
      <w:r>
        <w:lastRenderedPageBreak/>
        <w:t>Enter your BCeID</w:t>
      </w:r>
    </w:p>
    <w:p w14:paraId="0926FC27" w14:textId="77777777" w:rsidR="001E61D0" w:rsidRDefault="00C75496">
      <w:r>
        <w:rPr>
          <w:noProof/>
        </w:rPr>
        <w:drawing>
          <wp:inline distT="0" distB="0" distL="0" distR="0" wp14:anchorId="349D6394" wp14:editId="150205F4">
            <wp:extent cx="5486400" cy="30586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042316b0c449f9a70e26918a06a2e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413D3" w14:textId="77777777" w:rsidR="001E61D0" w:rsidRDefault="00C75496">
      <w:pPr>
        <w:pStyle w:val="ListNumber"/>
        <w:keepNext/>
      </w:pPr>
      <w:r>
        <w:t>Enter your Password</w:t>
      </w:r>
    </w:p>
    <w:p w14:paraId="2C994D36" w14:textId="77777777" w:rsidR="001E61D0" w:rsidRDefault="00C75496">
      <w:r>
        <w:rPr>
          <w:noProof/>
        </w:rPr>
        <w:drawing>
          <wp:inline distT="0" distB="0" distL="0" distR="0" wp14:anchorId="09AB1C50" wp14:editId="0469E529">
            <wp:extent cx="5486400" cy="3063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5bd89e867341b2b2228a35f58caad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D601" w14:textId="77777777" w:rsidR="001E61D0" w:rsidRDefault="00C75496">
      <w:pPr>
        <w:pStyle w:val="ListNumber"/>
        <w:keepNext/>
      </w:pPr>
      <w:r>
        <w:lastRenderedPageBreak/>
        <w:t>Click "Continue".</w:t>
      </w:r>
    </w:p>
    <w:p w14:paraId="2FA59F7C" w14:textId="77777777" w:rsidR="001E61D0" w:rsidRDefault="00C75496">
      <w:r>
        <w:rPr>
          <w:noProof/>
        </w:rPr>
        <w:drawing>
          <wp:inline distT="0" distB="0" distL="0" distR="0" wp14:anchorId="6D88FCEE" wp14:editId="3B5C28A7">
            <wp:extent cx="5486400" cy="3063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d38f7f364945a0b5979921a584afdf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1795" w14:textId="77777777" w:rsidR="001E61D0" w:rsidRDefault="00C75496">
      <w:pPr>
        <w:pStyle w:val="ListNumber"/>
        <w:keepNext/>
      </w:pPr>
      <w:r>
        <w:t>Click "Supplier Management"</w:t>
      </w:r>
    </w:p>
    <w:p w14:paraId="6C69B087" w14:textId="77777777" w:rsidR="001E61D0" w:rsidRDefault="00C75496">
      <w:r>
        <w:rPr>
          <w:noProof/>
        </w:rPr>
        <w:drawing>
          <wp:inline distT="0" distB="0" distL="0" distR="0" wp14:anchorId="5990619D" wp14:editId="12FDA0CD">
            <wp:extent cx="5486400" cy="3063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23f1a8cbcf425eb7d511f35c124aa1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1F8F" w14:textId="77777777" w:rsidR="001E61D0" w:rsidRDefault="00C75496">
      <w:pPr>
        <w:pStyle w:val="ListNumber"/>
        <w:keepNext/>
      </w:pPr>
      <w:r>
        <w:lastRenderedPageBreak/>
        <w:t>Click on the Supplier you'd like to Edit</w:t>
      </w:r>
    </w:p>
    <w:p w14:paraId="591575CF" w14:textId="77777777" w:rsidR="001E61D0" w:rsidRDefault="00C75496">
      <w:r>
        <w:rPr>
          <w:noProof/>
        </w:rPr>
        <w:drawing>
          <wp:inline distT="0" distB="0" distL="0" distR="0" wp14:anchorId="270E8701" wp14:editId="735E037B">
            <wp:extent cx="5486400" cy="3063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f935db705b4eb19b3b6e0fe890c4b5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5D45" w14:textId="77777777" w:rsidR="001E61D0" w:rsidRDefault="00C75496">
      <w:pPr>
        <w:pStyle w:val="ListNumber"/>
        <w:keepNext/>
      </w:pPr>
      <w:r>
        <w:t>Click "Edit Supplier Details"</w:t>
      </w:r>
    </w:p>
    <w:p w14:paraId="10E7D618" w14:textId="77777777" w:rsidR="001E61D0" w:rsidRDefault="00C75496">
      <w:r>
        <w:rPr>
          <w:noProof/>
        </w:rPr>
        <w:drawing>
          <wp:inline distT="0" distB="0" distL="0" distR="0" wp14:anchorId="78B888E1" wp14:editId="5A68220A">
            <wp:extent cx="5486400" cy="3063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4c04c6c6d4c91b04c1ef704d36f3b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08C6" w14:textId="77777777" w:rsidR="001E61D0" w:rsidRDefault="00C75496">
      <w:pPr>
        <w:pStyle w:val="ListNumber"/>
        <w:keepNext/>
      </w:pPr>
      <w:r>
        <w:lastRenderedPageBreak/>
        <w:t>You can edit every detail of the Supplier with the exception of the GST and RT numbers that cannot be edited</w:t>
      </w:r>
    </w:p>
    <w:p w14:paraId="7416544A" w14:textId="77777777" w:rsidR="001E61D0" w:rsidRDefault="00C75496">
      <w:r>
        <w:rPr>
          <w:noProof/>
        </w:rPr>
        <w:drawing>
          <wp:inline distT="0" distB="0" distL="0" distR="0" wp14:anchorId="67EEAEAD" wp14:editId="4AB002E8">
            <wp:extent cx="5486400" cy="3063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fb4b1895d49e48b82345dd016d1ba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C9C36" w14:textId="77777777" w:rsidR="001E61D0" w:rsidRDefault="00C75496">
      <w:pPr>
        <w:pStyle w:val="ListNumber"/>
        <w:keepNext/>
      </w:pPr>
      <w:r>
        <w:t>Once you are done editing the details, click "Next"</w:t>
      </w:r>
    </w:p>
    <w:p w14:paraId="53F18AE0" w14:textId="77777777" w:rsidR="001E61D0" w:rsidRDefault="00C75496">
      <w:r>
        <w:rPr>
          <w:noProof/>
        </w:rPr>
        <w:drawing>
          <wp:inline distT="0" distB="0" distL="0" distR="0" wp14:anchorId="5D6C52E0" wp14:editId="1FB437FD">
            <wp:extent cx="5486400" cy="3063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1b406de15467a88130d8902ce884e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833F" w14:textId="77777777" w:rsidR="001E61D0" w:rsidRDefault="00C75496">
      <w:pPr>
        <w:pStyle w:val="ListNumber"/>
        <w:keepNext/>
      </w:pPr>
      <w:r>
        <w:lastRenderedPageBreak/>
        <w:t>Click "Save Supplier".</w:t>
      </w:r>
    </w:p>
    <w:p w14:paraId="0EDCF9DB" w14:textId="77777777" w:rsidR="001E61D0" w:rsidRDefault="00C75496">
      <w:r>
        <w:rPr>
          <w:noProof/>
        </w:rPr>
        <w:drawing>
          <wp:inline distT="0" distB="0" distL="0" distR="0" wp14:anchorId="5FD4ABDE" wp14:editId="7CD23E02">
            <wp:extent cx="5486400" cy="3063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72745db52e4f31877c1bc4fa67772f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04AC" w14:textId="77777777" w:rsidR="001E61D0" w:rsidRDefault="00C75496">
      <w:pPr>
        <w:pStyle w:val="ListNumber"/>
        <w:keepNext/>
      </w:pPr>
      <w:r>
        <w:t>A confirmation message will notify you that the Supplier was edited, click "Close"</w:t>
      </w:r>
    </w:p>
    <w:p w14:paraId="54422A94" w14:textId="77777777" w:rsidR="001E61D0" w:rsidRDefault="00C75496">
      <w:r>
        <w:rPr>
          <w:noProof/>
        </w:rPr>
        <w:drawing>
          <wp:inline distT="0" distB="0" distL="0" distR="0" wp14:anchorId="28A1D52E" wp14:editId="637C0253">
            <wp:extent cx="5486400" cy="3063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3354a46f7c4a7c99d12bb07dda6926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1D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34639295">
    <w:abstractNumId w:val="8"/>
  </w:num>
  <w:num w:numId="2" w16cid:durableId="2064014627">
    <w:abstractNumId w:val="6"/>
  </w:num>
  <w:num w:numId="3" w16cid:durableId="1239512624">
    <w:abstractNumId w:val="5"/>
  </w:num>
  <w:num w:numId="4" w16cid:durableId="467892091">
    <w:abstractNumId w:val="4"/>
  </w:num>
  <w:num w:numId="5" w16cid:durableId="971178918">
    <w:abstractNumId w:val="7"/>
  </w:num>
  <w:num w:numId="6" w16cid:durableId="1318996787">
    <w:abstractNumId w:val="3"/>
  </w:num>
  <w:num w:numId="7" w16cid:durableId="745688504">
    <w:abstractNumId w:val="2"/>
  </w:num>
  <w:num w:numId="8" w16cid:durableId="1565262936">
    <w:abstractNumId w:val="1"/>
  </w:num>
  <w:num w:numId="9" w16cid:durableId="549999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E61D0"/>
    <w:rsid w:val="0029639D"/>
    <w:rsid w:val="00326F90"/>
    <w:rsid w:val="009E54D7"/>
    <w:rsid w:val="00AA1D8D"/>
    <w:rsid w:val="00B47730"/>
    <w:rsid w:val="00C75496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73B1E8"/>
  <w14:defaultImageDpi w14:val="300"/>
  <w15:docId w15:val="{C96D3C08-D44D-469F-AFDF-1A4A8860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web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ss.gov.bc.ca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Kelerstein, Arie EMCR:EX</cp:lastModifiedBy>
  <cp:revision>2</cp:revision>
  <dcterms:created xsi:type="dcterms:W3CDTF">2025-07-14T18:55:00Z</dcterms:created>
  <dcterms:modified xsi:type="dcterms:W3CDTF">2025-07-14T18:55:00Z</dcterms:modified>
  <cp:category/>
</cp:coreProperties>
</file>