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ebp" ContentType="image/g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18F38A" w14:textId="254544FE" w:rsidR="00A74F28" w:rsidRDefault="006000A3">
      <w:pPr>
        <w:pStyle w:val="Heading1"/>
      </w:pPr>
      <w:r>
        <w:t xml:space="preserve">ERA User Guide: </w:t>
      </w:r>
      <w:r>
        <w:t>Creating an ERA Profile with a BC Services Card Account</w:t>
      </w:r>
    </w:p>
    <w:p w14:paraId="6C43CB99" w14:textId="77777777" w:rsidR="00A74F28" w:rsidRDefault="006000A3">
      <w:pPr>
        <w:pStyle w:val="Heading2"/>
      </w:pPr>
      <w:r>
        <w:t>This guide provides a step-by-step walkthrough for creating an Evacuee Registration and Assistance (ERA) profile using the BC Services Card app, ensuring that users can easily navigate the process.</w:t>
      </w:r>
    </w:p>
    <w:p w14:paraId="7FE69DF2" w14:textId="77777777" w:rsidR="00A74F28" w:rsidRDefault="006000A3">
      <w:pPr>
        <w:pStyle w:val="ListNumber"/>
        <w:keepNext/>
      </w:pPr>
      <w:r>
        <w:t xml:space="preserve">Navigate to </w:t>
      </w:r>
      <w:hyperlink r:id="rId6">
        <w:r>
          <w:rPr>
            <w:u w:val="single"/>
          </w:rPr>
          <w:t>https://ess.gov.bc.ca/</w:t>
        </w:r>
      </w:hyperlink>
      <w:r>
        <w:t xml:space="preserve"> scroll down and click "Create Profile"</w:t>
      </w:r>
    </w:p>
    <w:p w14:paraId="4D46465F" w14:textId="77777777" w:rsidR="00A74F28" w:rsidRDefault="006000A3">
      <w:r>
        <w:rPr>
          <w:noProof/>
        </w:rPr>
        <w:drawing>
          <wp:inline distT="0" distB="0" distL="0" distR="0" wp14:anchorId="67D58005" wp14:editId="049D275F">
            <wp:extent cx="1160907" cy="2514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8307ba497c47bba49e108c31e634d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69549" w14:textId="77777777" w:rsidR="00A74F28" w:rsidRDefault="006000A3">
      <w:pPr>
        <w:pStyle w:val="ListNumber"/>
        <w:keepNext/>
      </w:pPr>
      <w:r>
        <w:t>Click "Log in with BC Services Card"</w:t>
      </w:r>
    </w:p>
    <w:p w14:paraId="4399E524" w14:textId="77777777" w:rsidR="00A74F28" w:rsidRDefault="006000A3">
      <w:r>
        <w:rPr>
          <w:noProof/>
        </w:rPr>
        <w:drawing>
          <wp:inline distT="0" distB="0" distL="0" distR="0" wp14:anchorId="1BFC1C0A" wp14:editId="31CC6BC6">
            <wp:extent cx="1160907" cy="2514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9c2b8543264e6a83e511e5fde7ffc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864D5" w14:textId="77777777" w:rsidR="00A74F28" w:rsidRDefault="006000A3">
      <w:pPr>
        <w:pStyle w:val="ListNumber"/>
        <w:keepNext/>
      </w:pPr>
      <w:r>
        <w:lastRenderedPageBreak/>
        <w:t>Click "BC Services Card App"</w:t>
      </w:r>
    </w:p>
    <w:p w14:paraId="3140EF2F" w14:textId="77777777" w:rsidR="00A74F28" w:rsidRDefault="006000A3">
      <w:r>
        <w:rPr>
          <w:noProof/>
        </w:rPr>
        <w:drawing>
          <wp:inline distT="0" distB="0" distL="0" distR="0" wp14:anchorId="0A4F50FE" wp14:editId="1FE2CD62">
            <wp:extent cx="1160907" cy="2514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46af830ac14e6d973f6f5a3bda960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4B392" w14:textId="77777777" w:rsidR="00A74F28" w:rsidRDefault="006000A3">
      <w:pPr>
        <w:pStyle w:val="ListNumber"/>
        <w:keepNext/>
      </w:pPr>
      <w:r>
        <w:t>Tap "Open".</w:t>
      </w:r>
    </w:p>
    <w:p w14:paraId="5209BC2F" w14:textId="77777777" w:rsidR="00A74F28" w:rsidRDefault="006000A3">
      <w:r>
        <w:rPr>
          <w:noProof/>
        </w:rPr>
        <w:drawing>
          <wp:inline distT="0" distB="0" distL="0" distR="0" wp14:anchorId="5AEDE96A" wp14:editId="742065EA">
            <wp:extent cx="1160907" cy="2514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8a5dd5222f4ee6b7ba4e01a56004e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5303D" w14:textId="77777777" w:rsidR="00A74F28" w:rsidRDefault="006000A3">
      <w:pPr>
        <w:pStyle w:val="ListNumber"/>
        <w:keepNext/>
      </w:pPr>
      <w:r>
        <w:lastRenderedPageBreak/>
        <w:t>Your First Name will appear under the "Continue as" field, click on the name</w:t>
      </w:r>
    </w:p>
    <w:p w14:paraId="429873D8" w14:textId="77777777" w:rsidR="00A74F28" w:rsidRDefault="006000A3">
      <w:r>
        <w:rPr>
          <w:noProof/>
        </w:rPr>
        <w:drawing>
          <wp:inline distT="0" distB="0" distL="0" distR="0" wp14:anchorId="19F2BD1E" wp14:editId="104DEC29">
            <wp:extent cx="1160907" cy="2514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400c7ee2474740a8855b5fe57e7257.web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0FD95" w14:textId="77777777" w:rsidR="00A74F28" w:rsidRDefault="006000A3">
      <w:pPr>
        <w:pStyle w:val="ListNumber"/>
        <w:keepNext/>
      </w:pPr>
      <w:r>
        <w:t>Tap here.</w:t>
      </w:r>
    </w:p>
    <w:p w14:paraId="542D2E58" w14:textId="77777777" w:rsidR="00A74F28" w:rsidRDefault="006000A3">
      <w:r>
        <w:rPr>
          <w:noProof/>
        </w:rPr>
        <w:drawing>
          <wp:inline distT="0" distB="0" distL="0" distR="0" wp14:anchorId="1869A695" wp14:editId="282852C2">
            <wp:extent cx="1160907" cy="2514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e2fdcbcd7d4493b08cb00d9de38568.web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7D17D" w14:textId="77777777" w:rsidR="00A74F28" w:rsidRDefault="006000A3">
      <w:pPr>
        <w:pStyle w:val="ListNumber"/>
        <w:keepNext/>
      </w:pPr>
      <w:r>
        <w:lastRenderedPageBreak/>
        <w:t>Tap here.</w:t>
      </w:r>
    </w:p>
    <w:p w14:paraId="180C9B5A" w14:textId="77777777" w:rsidR="00A74F28" w:rsidRDefault="006000A3">
      <w:r>
        <w:rPr>
          <w:noProof/>
        </w:rPr>
        <w:drawing>
          <wp:inline distT="0" distB="0" distL="0" distR="0" wp14:anchorId="2DFBB1E5" wp14:editId="2BE47ABB">
            <wp:extent cx="1160907" cy="2514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a28ce7891f4ee2ad063b8a9c10ac6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09799" w14:textId="77777777" w:rsidR="00A74F28" w:rsidRDefault="006000A3">
      <w:pPr>
        <w:pStyle w:val="ListNumber"/>
        <w:keepNext/>
      </w:pPr>
      <w:r>
        <w:t>You will need to read the Data Collection Notice</w:t>
      </w:r>
    </w:p>
    <w:p w14:paraId="2FB4A27F" w14:textId="77777777" w:rsidR="00A74F28" w:rsidRDefault="006000A3">
      <w:r>
        <w:rPr>
          <w:noProof/>
        </w:rPr>
        <w:drawing>
          <wp:inline distT="0" distB="0" distL="0" distR="0" wp14:anchorId="774517EB" wp14:editId="30B39738">
            <wp:extent cx="1160907" cy="2514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92520e1d94357a49e5f843bc2390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ABAC7" w14:textId="77777777" w:rsidR="00A74F28" w:rsidRDefault="006000A3">
      <w:pPr>
        <w:pStyle w:val="ListNumber"/>
        <w:keepNext/>
      </w:pPr>
      <w:r>
        <w:lastRenderedPageBreak/>
        <w:t>After reading the notice, scroll down and click "Next"</w:t>
      </w:r>
    </w:p>
    <w:p w14:paraId="5F6C398F" w14:textId="77777777" w:rsidR="00A74F28" w:rsidRDefault="006000A3">
      <w:r>
        <w:rPr>
          <w:noProof/>
        </w:rPr>
        <w:drawing>
          <wp:inline distT="0" distB="0" distL="0" distR="0" wp14:anchorId="74BD1B21" wp14:editId="15C6AE63">
            <wp:extent cx="1160907" cy="2514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a4c55ae7144a23be8d1c058b7239b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917E9" w14:textId="77777777" w:rsidR="00A74F28" w:rsidRDefault="006000A3">
      <w:pPr>
        <w:pStyle w:val="ListNumber"/>
        <w:keepNext/>
      </w:pPr>
      <w:r>
        <w:t>You will be asked if you wish to provide consent to share registration status, click on the circle besides the "Yes" or "No" options</w:t>
      </w:r>
    </w:p>
    <w:p w14:paraId="6A47343D" w14:textId="77777777" w:rsidR="00A74F28" w:rsidRDefault="006000A3">
      <w:r>
        <w:rPr>
          <w:noProof/>
        </w:rPr>
        <w:drawing>
          <wp:inline distT="0" distB="0" distL="0" distR="0" wp14:anchorId="021CC6F0" wp14:editId="250896CB">
            <wp:extent cx="1160907" cy="2514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b23e20b71f45d5a2ca42756f9ea019.webp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BE5E5" w14:textId="77777777" w:rsidR="00A74F28" w:rsidRDefault="006000A3">
      <w:pPr>
        <w:pStyle w:val="ListNumber"/>
        <w:keepNext/>
      </w:pPr>
      <w:r>
        <w:lastRenderedPageBreak/>
        <w:t>Review your Personal Details. Your First and Last Name will auto-fill from your BC Services Card and cannot be edited.</w:t>
      </w:r>
    </w:p>
    <w:p w14:paraId="059F64F3" w14:textId="77777777" w:rsidR="00A74F28" w:rsidRDefault="006000A3">
      <w:r>
        <w:rPr>
          <w:noProof/>
        </w:rPr>
        <w:drawing>
          <wp:inline distT="0" distB="0" distL="0" distR="0" wp14:anchorId="558DA6AA" wp14:editId="363FAC16">
            <wp:extent cx="1160907" cy="2514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6b3b2fe4f54cdf87652f9fad81db9d.webp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08130" w14:textId="77777777" w:rsidR="00A74F28" w:rsidRDefault="006000A3">
      <w:pPr>
        <w:pStyle w:val="ListNumber"/>
        <w:keepNext/>
      </w:pPr>
      <w:r>
        <w:t>Click on the "Gender" field</w:t>
      </w:r>
    </w:p>
    <w:p w14:paraId="7B98F024" w14:textId="77777777" w:rsidR="00A74F28" w:rsidRDefault="006000A3">
      <w:r>
        <w:rPr>
          <w:noProof/>
        </w:rPr>
        <w:drawing>
          <wp:inline distT="0" distB="0" distL="0" distR="0" wp14:anchorId="43B9AA26" wp14:editId="44C14BB2">
            <wp:extent cx="1160907" cy="2514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037eaeb10464d85b4447421dc2b9e.webp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18FE3" w14:textId="77777777" w:rsidR="00A74F28" w:rsidRDefault="006000A3">
      <w:pPr>
        <w:pStyle w:val="ListNumber"/>
        <w:keepNext/>
      </w:pPr>
      <w:r>
        <w:lastRenderedPageBreak/>
        <w:t>Select the Gender you identify as</w:t>
      </w:r>
    </w:p>
    <w:p w14:paraId="2F39C637" w14:textId="77777777" w:rsidR="00A74F28" w:rsidRDefault="006000A3">
      <w:r>
        <w:rPr>
          <w:noProof/>
        </w:rPr>
        <w:drawing>
          <wp:inline distT="0" distB="0" distL="0" distR="0" wp14:anchorId="4681C7FA" wp14:editId="7BE19344">
            <wp:extent cx="1160907" cy="2514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9c73028c1440ed9d70dfa6ae29486c.webp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60226" w14:textId="77777777" w:rsidR="00A74F28" w:rsidRDefault="006000A3">
      <w:pPr>
        <w:pStyle w:val="ListNumber"/>
        <w:keepNext/>
      </w:pPr>
      <w:r>
        <w:t>Your Date of Birth will auto-fill from your BC Services Card and cannot be edited.</w:t>
      </w:r>
    </w:p>
    <w:p w14:paraId="083D414D" w14:textId="77777777" w:rsidR="00A74F28" w:rsidRDefault="006000A3">
      <w:r>
        <w:rPr>
          <w:noProof/>
        </w:rPr>
        <w:drawing>
          <wp:inline distT="0" distB="0" distL="0" distR="0" wp14:anchorId="17DB828E" wp14:editId="5B2C35F6">
            <wp:extent cx="1160907" cy="2514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c067d72af4b2cba78b58ed1137a5d.webp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EE41E" w14:textId="77777777" w:rsidR="00A74F28" w:rsidRDefault="006000A3">
      <w:pPr>
        <w:pStyle w:val="ListNumber"/>
        <w:keepNext/>
      </w:pPr>
      <w:r>
        <w:lastRenderedPageBreak/>
        <w:t>Click "Next - Primary &amp; Mailing Address"</w:t>
      </w:r>
    </w:p>
    <w:p w14:paraId="3D820EC4" w14:textId="77777777" w:rsidR="00A74F28" w:rsidRDefault="006000A3">
      <w:r>
        <w:rPr>
          <w:noProof/>
        </w:rPr>
        <w:drawing>
          <wp:inline distT="0" distB="0" distL="0" distR="0" wp14:anchorId="4A1EF6EF" wp14:editId="20F3FD20">
            <wp:extent cx="1160907" cy="2514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f19ba8627e4c63963e3627222c2976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D5410" w14:textId="77777777" w:rsidR="00A74F28" w:rsidRDefault="006000A3">
      <w:pPr>
        <w:pStyle w:val="ListNumber"/>
        <w:keepNext/>
      </w:pPr>
      <w:r>
        <w:t>Review your Primary Address. Address Line 1 will auto-fill from your BC Services Card. Click on the "City" field to continue.</w:t>
      </w:r>
    </w:p>
    <w:p w14:paraId="000EC202" w14:textId="77777777" w:rsidR="00A74F28" w:rsidRDefault="006000A3">
      <w:r>
        <w:rPr>
          <w:noProof/>
        </w:rPr>
        <w:drawing>
          <wp:inline distT="0" distB="0" distL="0" distR="0" wp14:anchorId="4B428758" wp14:editId="524F2930">
            <wp:extent cx="1160907" cy="2514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a508b1b41041f28a3eb335019b7d4d.webp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5722F" w14:textId="77777777" w:rsidR="00A74F28" w:rsidRDefault="006000A3">
      <w:pPr>
        <w:pStyle w:val="ListNumber"/>
        <w:keepNext/>
      </w:pPr>
      <w:r>
        <w:lastRenderedPageBreak/>
        <w:t>Search for the City and select it from the Drop Down options</w:t>
      </w:r>
    </w:p>
    <w:p w14:paraId="0A6A5C68" w14:textId="77777777" w:rsidR="00A74F28" w:rsidRDefault="006000A3">
      <w:r>
        <w:rPr>
          <w:noProof/>
        </w:rPr>
        <w:drawing>
          <wp:inline distT="0" distB="0" distL="0" distR="0" wp14:anchorId="41EBF7B2" wp14:editId="148A38AA">
            <wp:extent cx="1160907" cy="2514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4c1ae4aa614f9cb9fb4b868fc2938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7AF0A" w14:textId="77777777" w:rsidR="00A74F28" w:rsidRDefault="006000A3">
      <w:pPr>
        <w:pStyle w:val="ListNumber"/>
        <w:keepNext/>
      </w:pPr>
      <w:r>
        <w:t>Enter your postal code</w:t>
      </w:r>
    </w:p>
    <w:p w14:paraId="7DB2E161" w14:textId="77777777" w:rsidR="00A74F28" w:rsidRDefault="006000A3">
      <w:r>
        <w:rPr>
          <w:noProof/>
        </w:rPr>
        <w:drawing>
          <wp:inline distT="0" distB="0" distL="0" distR="0" wp14:anchorId="15AC92CC" wp14:editId="18886910">
            <wp:extent cx="1160907" cy="2514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aa1146f63c4360a91b4ddb64c2b22c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D42C5" w14:textId="77777777" w:rsidR="00A74F28" w:rsidRDefault="006000A3">
      <w:pPr>
        <w:pStyle w:val="ListNumber"/>
        <w:keepNext/>
      </w:pPr>
      <w:r>
        <w:lastRenderedPageBreak/>
        <w:t>Confirm if your Mailing Address is the same as your Primary Address. If not, you’ll be prompted to enter it.</w:t>
      </w:r>
    </w:p>
    <w:p w14:paraId="2A775536" w14:textId="77777777" w:rsidR="00A74F28" w:rsidRDefault="006000A3">
      <w:r>
        <w:rPr>
          <w:noProof/>
        </w:rPr>
        <w:drawing>
          <wp:inline distT="0" distB="0" distL="0" distR="0" wp14:anchorId="44335331" wp14:editId="000B6A7A">
            <wp:extent cx="1160907" cy="2514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37ff70948c4449868d1ba09ed369b7.webp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CC3B2" w14:textId="77777777" w:rsidR="00A74F28" w:rsidRDefault="006000A3">
      <w:pPr>
        <w:pStyle w:val="ListNumber"/>
        <w:keepNext/>
      </w:pPr>
      <w:r>
        <w:t>Click "Next - Contact Information"</w:t>
      </w:r>
    </w:p>
    <w:p w14:paraId="67BC5DA7" w14:textId="77777777" w:rsidR="00A74F28" w:rsidRDefault="006000A3">
      <w:r>
        <w:rPr>
          <w:noProof/>
        </w:rPr>
        <w:drawing>
          <wp:inline distT="0" distB="0" distL="0" distR="0" wp14:anchorId="51007E78" wp14:editId="1B00AB9F">
            <wp:extent cx="1160907" cy="2514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0d20f83ee24b23a638fa1fae1d8623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1AF47" w14:textId="77777777" w:rsidR="00A74F28" w:rsidRDefault="006000A3">
      <w:pPr>
        <w:pStyle w:val="ListNumber"/>
        <w:keepNext/>
      </w:pPr>
      <w:r>
        <w:lastRenderedPageBreak/>
        <w:t>Confirm if you wish to be contacted regarding emergency situations</w:t>
      </w:r>
    </w:p>
    <w:p w14:paraId="7E8E07F0" w14:textId="77777777" w:rsidR="00A74F28" w:rsidRDefault="006000A3">
      <w:r>
        <w:rPr>
          <w:noProof/>
        </w:rPr>
        <w:drawing>
          <wp:inline distT="0" distB="0" distL="0" distR="0" wp14:anchorId="03C4B4B4" wp14:editId="2C550AE0">
            <wp:extent cx="1160907" cy="2514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fecfade8fc34eb99e6e9e6d9c51a8ef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37787" w14:textId="77777777" w:rsidR="00A74F28" w:rsidRDefault="006000A3">
      <w:pPr>
        <w:pStyle w:val="ListNumber"/>
        <w:keepNext/>
      </w:pPr>
      <w:r>
        <w:t>If you selected Yes, provide your Telephone Number and Email Address</w:t>
      </w:r>
    </w:p>
    <w:p w14:paraId="309D3AE7" w14:textId="77777777" w:rsidR="00A74F28" w:rsidRDefault="006000A3">
      <w:r>
        <w:rPr>
          <w:noProof/>
        </w:rPr>
        <w:drawing>
          <wp:inline distT="0" distB="0" distL="0" distR="0" wp14:anchorId="558EF0AA" wp14:editId="67B399EC">
            <wp:extent cx="1160907" cy="2514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d87c066eec49c0989977e82f76d9c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986FD" w14:textId="77777777" w:rsidR="00A74F28" w:rsidRDefault="006000A3">
      <w:pPr>
        <w:pStyle w:val="ListNumber"/>
        <w:keepNext/>
      </w:pPr>
      <w:r>
        <w:t>Once you are finished providing your contact information, click "Next"</w:t>
      </w:r>
    </w:p>
    <w:p w14:paraId="0BEC4DF0" w14:textId="77777777" w:rsidR="00A74F28" w:rsidRDefault="006000A3">
      <w:r>
        <w:rPr>
          <w:noProof/>
        </w:rPr>
        <w:drawing>
          <wp:inline distT="0" distB="0" distL="0" distR="0" wp14:anchorId="7024EFB6" wp14:editId="540D186B">
            <wp:extent cx="5486400" cy="749808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ea43e70903432e871ccaa0fa36addc.webp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6A23E" w14:textId="77777777" w:rsidR="00A74F28" w:rsidRDefault="006000A3">
      <w:pPr>
        <w:pStyle w:val="ListNumber"/>
        <w:keepNext/>
      </w:pPr>
      <w:r>
        <w:lastRenderedPageBreak/>
        <w:t>Set up security questions for your profile. An ESS Responder may ask these to access your information. Click on the first "Security Question" field</w:t>
      </w:r>
    </w:p>
    <w:p w14:paraId="793AE4E2" w14:textId="77777777" w:rsidR="00A74F28" w:rsidRDefault="006000A3">
      <w:r>
        <w:rPr>
          <w:noProof/>
        </w:rPr>
        <w:drawing>
          <wp:inline distT="0" distB="0" distL="0" distR="0" wp14:anchorId="156EB217" wp14:editId="52B2E170">
            <wp:extent cx="1160907" cy="2514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e97f8f38c42adb72366755a37c32c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BB36D" w14:textId="77777777" w:rsidR="00A74F28" w:rsidRDefault="006000A3">
      <w:pPr>
        <w:pStyle w:val="ListNumber"/>
        <w:keepNext/>
      </w:pPr>
      <w:r>
        <w:t>Select an option from the drop down list of security questions</w:t>
      </w:r>
    </w:p>
    <w:p w14:paraId="35CF4A38" w14:textId="77777777" w:rsidR="00A74F28" w:rsidRDefault="006000A3">
      <w:r>
        <w:rPr>
          <w:noProof/>
        </w:rPr>
        <w:drawing>
          <wp:inline distT="0" distB="0" distL="0" distR="0" wp14:anchorId="337F71A9" wp14:editId="3B38306B">
            <wp:extent cx="1393281" cy="2514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f75d8f86f14b8bb7807b5cf4908abd.webp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93281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F1637" w14:textId="77777777" w:rsidR="00A74F28" w:rsidRDefault="006000A3">
      <w:pPr>
        <w:pStyle w:val="ListNumber"/>
        <w:keepNext/>
      </w:pPr>
      <w:r>
        <w:lastRenderedPageBreak/>
        <w:t>Enter your security question answer</w:t>
      </w:r>
    </w:p>
    <w:p w14:paraId="16E42DF3" w14:textId="77777777" w:rsidR="00A74F28" w:rsidRDefault="006000A3">
      <w:r>
        <w:rPr>
          <w:noProof/>
        </w:rPr>
        <w:drawing>
          <wp:inline distT="0" distB="0" distL="0" distR="0" wp14:anchorId="75A65268" wp14:editId="08B4624F">
            <wp:extent cx="1160907" cy="25146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bc6b4ac82e46c9941bb60fc2dcf4cc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38164" w14:textId="77777777" w:rsidR="00A74F28" w:rsidRDefault="006000A3">
      <w:pPr>
        <w:pStyle w:val="ListNumber"/>
        <w:keepNext/>
      </w:pPr>
      <w:r>
        <w:t>Once you have finished selecting 3 security questions and 3 security answers, click "Next"</w:t>
      </w:r>
    </w:p>
    <w:p w14:paraId="4947C96C" w14:textId="77777777" w:rsidR="00A74F28" w:rsidRDefault="006000A3">
      <w:r>
        <w:rPr>
          <w:noProof/>
        </w:rPr>
        <w:drawing>
          <wp:inline distT="0" distB="0" distL="0" distR="0" wp14:anchorId="0B2C345D" wp14:editId="39E18816">
            <wp:extent cx="1160907" cy="25146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b88e9c5fb640a19df7d39306647614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703E2" w14:textId="77777777" w:rsidR="00A74F28" w:rsidRDefault="006000A3">
      <w:pPr>
        <w:pStyle w:val="ListNumber"/>
        <w:keepNext/>
      </w:pPr>
      <w:r>
        <w:lastRenderedPageBreak/>
        <w:t>You will now be able to review your profile information. If you need to make changes, click on the blue pencil icon</w:t>
      </w:r>
    </w:p>
    <w:p w14:paraId="422CD22A" w14:textId="77777777" w:rsidR="00A74F28" w:rsidRDefault="006000A3">
      <w:r>
        <w:rPr>
          <w:noProof/>
        </w:rPr>
        <w:drawing>
          <wp:inline distT="0" distB="0" distL="0" distR="0" wp14:anchorId="1C2E8597" wp14:editId="3FC7C447">
            <wp:extent cx="1160907" cy="25146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571ea8312440d186767fe95af52e52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75FA9" w14:textId="77777777" w:rsidR="00A74F28" w:rsidRDefault="006000A3">
      <w:pPr>
        <w:pStyle w:val="ListNumber"/>
        <w:keepNext/>
      </w:pPr>
      <w:r>
        <w:t>If everything is correct, click "Save &amp; Submit"</w:t>
      </w:r>
    </w:p>
    <w:p w14:paraId="006DBE66" w14:textId="77777777" w:rsidR="00A74F28" w:rsidRDefault="006000A3">
      <w:r>
        <w:rPr>
          <w:noProof/>
        </w:rPr>
        <w:drawing>
          <wp:inline distT="0" distB="0" distL="0" distR="0" wp14:anchorId="6DC1AA23" wp14:editId="39A8F275">
            <wp:extent cx="1160907" cy="2514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d62162a234aaf86c1d261e4278389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E0708" w14:textId="77777777" w:rsidR="00A74F28" w:rsidRDefault="006000A3">
      <w:pPr>
        <w:pStyle w:val="ListNumber"/>
        <w:keepNext/>
      </w:pPr>
      <w:r>
        <w:lastRenderedPageBreak/>
        <w:t>You will now be re-directed to your ERA Profile Homepage</w:t>
      </w:r>
    </w:p>
    <w:p w14:paraId="39D06552" w14:textId="77777777" w:rsidR="00A74F28" w:rsidRDefault="006000A3">
      <w:r>
        <w:rPr>
          <w:noProof/>
        </w:rPr>
        <w:drawing>
          <wp:inline distT="0" distB="0" distL="0" distR="0" wp14:anchorId="216A4228" wp14:editId="0478AF3C">
            <wp:extent cx="1160907" cy="25146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343f39c5e944c2b753f2c7fff2f27d.webp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BCE9A" w14:textId="77777777" w:rsidR="00A74F28" w:rsidRDefault="006000A3">
      <w:pPr>
        <w:pStyle w:val="ListNumber"/>
        <w:keepNext/>
      </w:pPr>
      <w:r>
        <w:t>You will also receive an email confirming your User Profile has been created</w:t>
      </w:r>
    </w:p>
    <w:p w14:paraId="47C1909C" w14:textId="77777777" w:rsidR="00A74F28" w:rsidRDefault="006000A3">
      <w:r>
        <w:rPr>
          <w:noProof/>
        </w:rPr>
        <w:drawing>
          <wp:inline distT="0" distB="0" distL="0" distR="0" wp14:anchorId="24E734D7" wp14:editId="54E2DDBE">
            <wp:extent cx="1160907" cy="25146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97175398df45dc9ab242b76008c240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6090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4F28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22771679">
    <w:abstractNumId w:val="8"/>
  </w:num>
  <w:num w:numId="2" w16cid:durableId="1961915669">
    <w:abstractNumId w:val="6"/>
  </w:num>
  <w:num w:numId="3" w16cid:durableId="2067877591">
    <w:abstractNumId w:val="5"/>
  </w:num>
  <w:num w:numId="4" w16cid:durableId="1280649981">
    <w:abstractNumId w:val="4"/>
  </w:num>
  <w:num w:numId="5" w16cid:durableId="1286545475">
    <w:abstractNumId w:val="7"/>
  </w:num>
  <w:num w:numId="6" w16cid:durableId="2074698348">
    <w:abstractNumId w:val="3"/>
  </w:num>
  <w:num w:numId="7" w16cid:durableId="1927618174">
    <w:abstractNumId w:val="2"/>
  </w:num>
  <w:num w:numId="8" w16cid:durableId="1546941718">
    <w:abstractNumId w:val="1"/>
  </w:num>
  <w:num w:numId="9" w16cid:durableId="2028406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6000A3"/>
    <w:rsid w:val="009E54D7"/>
    <w:rsid w:val="00A74F28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E3BB15"/>
  <w14:defaultImageDpi w14:val="300"/>
  <w15:docId w15:val="{C96D3C08-D44D-469F-AFDF-1A4A88602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webp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7" Type="http://schemas.openxmlformats.org/officeDocument/2006/relationships/image" Target="media/image1.jpg"/><Relationship Id="rId12" Type="http://schemas.openxmlformats.org/officeDocument/2006/relationships/image" Target="media/image6.webp"/><Relationship Id="rId17" Type="http://schemas.openxmlformats.org/officeDocument/2006/relationships/image" Target="media/image11.webp"/><Relationship Id="rId25" Type="http://schemas.openxmlformats.org/officeDocument/2006/relationships/image" Target="media/image19.webp"/><Relationship Id="rId33" Type="http://schemas.openxmlformats.org/officeDocument/2006/relationships/image" Target="media/image27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webp"/><Relationship Id="rId20" Type="http://schemas.openxmlformats.org/officeDocument/2006/relationships/image" Target="media/image14.webp"/><Relationship Id="rId29" Type="http://schemas.openxmlformats.org/officeDocument/2006/relationships/image" Target="media/image23.webp"/><Relationship Id="rId1" Type="http://schemas.openxmlformats.org/officeDocument/2006/relationships/customXml" Target="../customXml/item1.xml"/><Relationship Id="rId6" Type="http://schemas.openxmlformats.org/officeDocument/2006/relationships/hyperlink" Target="https://ess.gov.bc.ca/" TargetMode="External"/><Relationship Id="rId11" Type="http://schemas.openxmlformats.org/officeDocument/2006/relationships/image" Target="media/image5.webp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webp"/><Relationship Id="rId10" Type="http://schemas.openxmlformats.org/officeDocument/2006/relationships/image" Target="media/image4.jpg"/><Relationship Id="rId19" Type="http://schemas.openxmlformats.org/officeDocument/2006/relationships/image" Target="media/image13.webp"/><Relationship Id="rId31" Type="http://schemas.openxmlformats.org/officeDocument/2006/relationships/image" Target="media/image25.webp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webp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8" Type="http://schemas.openxmlformats.org/officeDocument/2006/relationships/image" Target="media/image2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Kelerstein, Arie EMCR:EX</cp:lastModifiedBy>
  <cp:revision>2</cp:revision>
  <dcterms:created xsi:type="dcterms:W3CDTF">2025-07-14T18:17:00Z</dcterms:created>
  <dcterms:modified xsi:type="dcterms:W3CDTF">2025-07-14T18:17:00Z</dcterms:modified>
  <cp:category/>
</cp:coreProperties>
</file>