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ebp" ContentType="image/g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06716" w14:textId="77777777" w:rsidR="00C5423A" w:rsidRDefault="00381A1A">
      <w:pPr>
        <w:pStyle w:val="Heading1"/>
      </w:pPr>
      <w:r>
        <w:t>Adding a New Supplier</w:t>
      </w:r>
    </w:p>
    <w:p w14:paraId="228F9195" w14:textId="77777777" w:rsidR="00C5423A" w:rsidRDefault="00381A1A">
      <w:pPr>
        <w:pStyle w:val="ListNumber"/>
        <w:keepNext/>
      </w:pPr>
      <w:r>
        <w:t xml:space="preserve">Navigate to </w:t>
      </w:r>
      <w:hyperlink r:id="rId6">
        <w:r>
          <w:rPr>
            <w:u w:val="single"/>
          </w:rPr>
          <w:t>https://ess.gov.bc.ca/</w:t>
        </w:r>
      </w:hyperlink>
    </w:p>
    <w:p w14:paraId="78D0CBC1" w14:textId="77777777" w:rsidR="00C5423A" w:rsidRDefault="00381A1A">
      <w:r>
        <w:rPr>
          <w:noProof/>
        </w:rPr>
        <w:drawing>
          <wp:inline distT="0" distB="0" distL="0" distR="0" wp14:anchorId="150339CE" wp14:editId="37CD5373">
            <wp:extent cx="5486400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9e421270eb4018b2e9f42b477fd895.web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A804" w14:textId="77777777" w:rsidR="00C5423A" w:rsidRDefault="00381A1A">
      <w:pPr>
        <w:pStyle w:val="ListNumber"/>
        <w:keepNext/>
      </w:pPr>
      <w:r>
        <w:lastRenderedPageBreak/>
        <w:t>Scroll down and click "Responder Portal Login"</w:t>
      </w:r>
    </w:p>
    <w:p w14:paraId="28AB99DD" w14:textId="77777777" w:rsidR="00C5423A" w:rsidRDefault="00381A1A">
      <w:r>
        <w:rPr>
          <w:noProof/>
        </w:rPr>
        <w:drawing>
          <wp:inline distT="0" distB="0" distL="0" distR="0" wp14:anchorId="5B0744C8" wp14:editId="40E69CF9">
            <wp:extent cx="5486400" cy="3063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68c94826284a91b74410c28de52f38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893A" w14:textId="77777777" w:rsidR="00C5423A" w:rsidRDefault="00381A1A">
      <w:pPr>
        <w:pStyle w:val="ListNumber"/>
        <w:keepNext/>
      </w:pPr>
      <w:r>
        <w:t>Click "Log in to Live"</w:t>
      </w:r>
    </w:p>
    <w:p w14:paraId="12AF5D06" w14:textId="77777777" w:rsidR="00C5423A" w:rsidRDefault="00381A1A">
      <w:r>
        <w:rPr>
          <w:noProof/>
        </w:rPr>
        <w:drawing>
          <wp:inline distT="0" distB="0" distL="0" distR="0" wp14:anchorId="6A20E102" wp14:editId="0A6500CB">
            <wp:extent cx="5486400" cy="3063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7bf3a9b00b49289425d600e0e8ead5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78AF" w14:textId="77777777" w:rsidR="00C5423A" w:rsidRDefault="00381A1A">
      <w:pPr>
        <w:pStyle w:val="ListNumber"/>
        <w:keepNext/>
      </w:pPr>
      <w:r>
        <w:lastRenderedPageBreak/>
        <w:t>Enter your BCeID</w:t>
      </w:r>
    </w:p>
    <w:p w14:paraId="7D72B2AE" w14:textId="77777777" w:rsidR="00C5423A" w:rsidRDefault="00381A1A">
      <w:r>
        <w:rPr>
          <w:noProof/>
        </w:rPr>
        <w:drawing>
          <wp:inline distT="0" distB="0" distL="0" distR="0" wp14:anchorId="5FDC10E9" wp14:editId="18819815">
            <wp:extent cx="5486400" cy="30586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37eba1ce744d3b14746e8b31a0350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A6A3" w14:textId="77777777" w:rsidR="00C5423A" w:rsidRDefault="00381A1A">
      <w:pPr>
        <w:pStyle w:val="ListNumber"/>
        <w:keepNext/>
      </w:pPr>
      <w:r>
        <w:t>Enter your Password</w:t>
      </w:r>
    </w:p>
    <w:p w14:paraId="3C2E8492" w14:textId="77777777" w:rsidR="00C5423A" w:rsidRDefault="00381A1A">
      <w:r>
        <w:rPr>
          <w:noProof/>
        </w:rPr>
        <w:drawing>
          <wp:inline distT="0" distB="0" distL="0" distR="0" wp14:anchorId="3EB42483" wp14:editId="1FE988FD">
            <wp:extent cx="5486400" cy="3063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09c23486104b8bac168e0b9bcd30ad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A835" w14:textId="77777777" w:rsidR="00C5423A" w:rsidRDefault="00381A1A">
      <w:pPr>
        <w:pStyle w:val="ListNumber"/>
        <w:keepNext/>
      </w:pPr>
      <w:r>
        <w:lastRenderedPageBreak/>
        <w:t>Click "Continue".</w:t>
      </w:r>
    </w:p>
    <w:p w14:paraId="3161EAEC" w14:textId="77777777" w:rsidR="00C5423A" w:rsidRDefault="00381A1A">
      <w:r>
        <w:rPr>
          <w:noProof/>
        </w:rPr>
        <w:drawing>
          <wp:inline distT="0" distB="0" distL="0" distR="0" wp14:anchorId="5D390BC1" wp14:editId="7084CDA4">
            <wp:extent cx="5486400" cy="3063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0980e73924d1a905c2c00b15749b7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2845" w14:textId="77777777" w:rsidR="00C5423A" w:rsidRDefault="00381A1A">
      <w:pPr>
        <w:pStyle w:val="ListNumber"/>
        <w:keepNext/>
      </w:pPr>
      <w:r>
        <w:t>Click "Supplier Management"</w:t>
      </w:r>
    </w:p>
    <w:p w14:paraId="46DB8BF3" w14:textId="77777777" w:rsidR="00C5423A" w:rsidRDefault="00381A1A">
      <w:r>
        <w:rPr>
          <w:noProof/>
        </w:rPr>
        <w:drawing>
          <wp:inline distT="0" distB="0" distL="0" distR="0" wp14:anchorId="31D20750" wp14:editId="616F4FEB">
            <wp:extent cx="5486400" cy="3063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f76d79cf2417bb8cc6208f475aa54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4BB8C" w14:textId="77777777" w:rsidR="00C5423A" w:rsidRDefault="00381A1A">
      <w:pPr>
        <w:pStyle w:val="ListNumber"/>
        <w:keepNext/>
      </w:pPr>
      <w:r>
        <w:lastRenderedPageBreak/>
        <w:t>Click "Add Supplier"</w:t>
      </w:r>
    </w:p>
    <w:p w14:paraId="37EBD4A2" w14:textId="77777777" w:rsidR="00C5423A" w:rsidRDefault="00381A1A">
      <w:r>
        <w:rPr>
          <w:noProof/>
        </w:rPr>
        <w:drawing>
          <wp:inline distT="0" distB="0" distL="0" distR="0" wp14:anchorId="0659CBA2" wp14:editId="3DE5B07C">
            <wp:extent cx="5486400" cy="3063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d0fba354094b81b9cb13dad78fd2aa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1E8B" w14:textId="77777777" w:rsidR="00C5423A" w:rsidRDefault="00381A1A">
      <w:pPr>
        <w:pStyle w:val="ListNumber"/>
        <w:keepNext/>
      </w:pPr>
      <w:r>
        <w:t>Enter the "Supplier Legal Name"</w:t>
      </w:r>
    </w:p>
    <w:p w14:paraId="2925B694" w14:textId="77777777" w:rsidR="00C5423A" w:rsidRDefault="00381A1A">
      <w:r>
        <w:rPr>
          <w:noProof/>
        </w:rPr>
        <w:drawing>
          <wp:inline distT="0" distB="0" distL="0" distR="0" wp14:anchorId="2FB06C73" wp14:editId="1E3D44BB">
            <wp:extent cx="5486400" cy="3063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9956cd7b8d428f9abbf1d5d2249578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A1DD0" w14:textId="77777777" w:rsidR="00C5423A" w:rsidRDefault="00381A1A">
      <w:pPr>
        <w:pStyle w:val="ListNumber"/>
        <w:keepNext/>
      </w:pPr>
      <w:r>
        <w:lastRenderedPageBreak/>
        <w:t>Enter the "Supplier Name"</w:t>
      </w:r>
    </w:p>
    <w:p w14:paraId="18B68A6F" w14:textId="77777777" w:rsidR="00C5423A" w:rsidRDefault="00381A1A">
      <w:r>
        <w:rPr>
          <w:noProof/>
        </w:rPr>
        <w:drawing>
          <wp:inline distT="0" distB="0" distL="0" distR="0" wp14:anchorId="2F828251" wp14:editId="3CCE22BC">
            <wp:extent cx="5486400" cy="3063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f96514271448d6a92c11d596c6342d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7DF2" w14:textId="77777777" w:rsidR="00C5423A" w:rsidRDefault="00381A1A">
      <w:pPr>
        <w:pStyle w:val="ListNumber"/>
        <w:keepNext/>
      </w:pPr>
      <w:r>
        <w:t>Enter the "GST Number" - If the supplier does not have a GST number contact emcr.ess@gov.bc.ca for further instructions</w:t>
      </w:r>
    </w:p>
    <w:p w14:paraId="71917A89" w14:textId="77777777" w:rsidR="00C5423A" w:rsidRDefault="00381A1A">
      <w:r>
        <w:rPr>
          <w:noProof/>
        </w:rPr>
        <w:drawing>
          <wp:inline distT="0" distB="0" distL="0" distR="0" wp14:anchorId="4B1760CF" wp14:editId="5AE9CF39">
            <wp:extent cx="5486400" cy="30632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85b9f02bd4f5ea525d5e5f196fe09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E0DD" w14:textId="77777777" w:rsidR="00C5423A" w:rsidRDefault="00381A1A">
      <w:pPr>
        <w:pStyle w:val="ListNumber"/>
        <w:keepNext/>
      </w:pPr>
      <w:r>
        <w:lastRenderedPageBreak/>
        <w:t>Enter the "RT Number" -  If the supplier does not have a RT number contact emcr.ess@gov.bc.ca for further instructions</w:t>
      </w:r>
    </w:p>
    <w:p w14:paraId="09BD6B4F" w14:textId="77777777" w:rsidR="00C5423A" w:rsidRDefault="00381A1A">
      <w:r>
        <w:rPr>
          <w:noProof/>
        </w:rPr>
        <w:drawing>
          <wp:inline distT="0" distB="0" distL="0" distR="0" wp14:anchorId="56BF985F" wp14:editId="0F45461D">
            <wp:extent cx="5486400" cy="3063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6f1a12dad3436a8bbea69209e1d3ee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A7444" w14:textId="77777777" w:rsidR="00C5423A" w:rsidRDefault="00381A1A">
      <w:pPr>
        <w:pStyle w:val="ListNumber"/>
        <w:keepNext/>
      </w:pPr>
      <w:r>
        <w:t>Click "Next"</w:t>
      </w:r>
    </w:p>
    <w:p w14:paraId="6BDB21E0" w14:textId="77777777" w:rsidR="00C5423A" w:rsidRDefault="00381A1A">
      <w:r>
        <w:rPr>
          <w:noProof/>
        </w:rPr>
        <w:drawing>
          <wp:inline distT="0" distB="0" distL="0" distR="0" wp14:anchorId="6F9F7297" wp14:editId="52FC0390">
            <wp:extent cx="5486400" cy="3063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de03b873574210ab30b6218acb067e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F9206" w14:textId="77777777" w:rsidR="00C5423A" w:rsidRDefault="00381A1A">
      <w:pPr>
        <w:pStyle w:val="ListNumber"/>
        <w:keepNext/>
      </w:pPr>
      <w:r>
        <w:lastRenderedPageBreak/>
        <w:t>Enter the Address</w:t>
      </w:r>
    </w:p>
    <w:p w14:paraId="7A81CF8F" w14:textId="77777777" w:rsidR="00C5423A" w:rsidRDefault="00381A1A">
      <w:r>
        <w:rPr>
          <w:noProof/>
        </w:rPr>
        <w:drawing>
          <wp:inline distT="0" distB="0" distL="0" distR="0" wp14:anchorId="29219D21" wp14:editId="0995D176">
            <wp:extent cx="5486400" cy="30632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922ed03e9e408795acf8632cac2493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A9EB" w14:textId="77777777" w:rsidR="00C5423A" w:rsidRDefault="00381A1A">
      <w:pPr>
        <w:pStyle w:val="ListNumber"/>
        <w:keepNext/>
      </w:pPr>
      <w:r>
        <w:t>Click the "City" field.</w:t>
      </w:r>
    </w:p>
    <w:p w14:paraId="0AF777B6" w14:textId="77777777" w:rsidR="00C5423A" w:rsidRDefault="00381A1A">
      <w:r>
        <w:rPr>
          <w:noProof/>
        </w:rPr>
        <w:drawing>
          <wp:inline distT="0" distB="0" distL="0" distR="0" wp14:anchorId="53914082" wp14:editId="06648E40">
            <wp:extent cx="5486400" cy="3063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a987786b1f4bdabf65bd0fcf2149cb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44B4" w14:textId="77777777" w:rsidR="00C5423A" w:rsidRDefault="00381A1A">
      <w:pPr>
        <w:pStyle w:val="ListNumber"/>
        <w:keepNext/>
      </w:pPr>
      <w:r>
        <w:lastRenderedPageBreak/>
        <w:t>Search for the Suppliers City Address</w:t>
      </w:r>
    </w:p>
    <w:p w14:paraId="02308117" w14:textId="77777777" w:rsidR="00C5423A" w:rsidRDefault="00381A1A">
      <w:pPr>
        <w:pStyle w:val="ListNumber"/>
        <w:keepNext/>
      </w:pPr>
      <w:r>
        <w:t>Click on the appropriate drop down option</w:t>
      </w:r>
    </w:p>
    <w:p w14:paraId="19D4FEB6" w14:textId="77777777" w:rsidR="00C5423A" w:rsidRDefault="00381A1A">
      <w:r>
        <w:rPr>
          <w:noProof/>
        </w:rPr>
        <w:drawing>
          <wp:inline distT="0" distB="0" distL="0" distR="0" wp14:anchorId="5AB1EA9D" wp14:editId="7682802B">
            <wp:extent cx="5486400" cy="3063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f898fce294451c89f8a58aaad8b286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5E2B" w14:textId="77777777" w:rsidR="00C5423A" w:rsidRDefault="00381A1A">
      <w:pPr>
        <w:pStyle w:val="ListNumber"/>
        <w:keepNext/>
      </w:pPr>
      <w:r>
        <w:t>Enter the postal code</w:t>
      </w:r>
    </w:p>
    <w:p w14:paraId="75F55E20" w14:textId="77777777" w:rsidR="00C5423A" w:rsidRDefault="00381A1A">
      <w:r>
        <w:rPr>
          <w:noProof/>
        </w:rPr>
        <w:drawing>
          <wp:inline distT="0" distB="0" distL="0" distR="0" wp14:anchorId="077BEA7C" wp14:editId="37DF4A13">
            <wp:extent cx="5486400" cy="30632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51cf10c8db426aba6217d63b6f7f63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EEE7" w14:textId="77777777" w:rsidR="00C5423A" w:rsidRDefault="00381A1A">
      <w:pPr>
        <w:pStyle w:val="ListNumber"/>
        <w:keepNext/>
      </w:pPr>
      <w:r>
        <w:lastRenderedPageBreak/>
        <w:t>Enter the Supplier Contact Person Last Name</w:t>
      </w:r>
    </w:p>
    <w:p w14:paraId="7A6208BA" w14:textId="77777777" w:rsidR="00C5423A" w:rsidRDefault="00381A1A">
      <w:r>
        <w:rPr>
          <w:noProof/>
        </w:rPr>
        <w:drawing>
          <wp:inline distT="0" distB="0" distL="0" distR="0" wp14:anchorId="0C298922" wp14:editId="307E82BE">
            <wp:extent cx="5486400" cy="30632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ecc4c15c240919af48d15ed57929c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CE98" w14:textId="77777777" w:rsidR="00C5423A" w:rsidRDefault="00381A1A">
      <w:pPr>
        <w:pStyle w:val="ListNumber"/>
        <w:keepNext/>
      </w:pPr>
      <w:r>
        <w:t>Enter the Supplier Contact Person First Name</w:t>
      </w:r>
    </w:p>
    <w:p w14:paraId="7A035CFB" w14:textId="77777777" w:rsidR="00C5423A" w:rsidRDefault="00381A1A">
      <w:r>
        <w:rPr>
          <w:noProof/>
        </w:rPr>
        <w:drawing>
          <wp:inline distT="0" distB="0" distL="0" distR="0" wp14:anchorId="006A7F01" wp14:editId="109703E3">
            <wp:extent cx="5486400" cy="3063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ab5ff48c834c03b8b3ee51d70bda82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2F920" w14:textId="77777777" w:rsidR="00C5423A" w:rsidRDefault="00381A1A">
      <w:pPr>
        <w:pStyle w:val="ListNumber"/>
        <w:keepNext/>
      </w:pPr>
      <w:r>
        <w:lastRenderedPageBreak/>
        <w:t>Enter the Supplier Contact Person Telephone Number</w:t>
      </w:r>
    </w:p>
    <w:p w14:paraId="68EC28D9" w14:textId="77777777" w:rsidR="00C5423A" w:rsidRDefault="00381A1A">
      <w:r>
        <w:rPr>
          <w:noProof/>
        </w:rPr>
        <w:drawing>
          <wp:inline distT="0" distB="0" distL="0" distR="0" wp14:anchorId="0C7CC9A0" wp14:editId="2A4FB9E8">
            <wp:extent cx="5486400" cy="30632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e6047cc7294b4382b565ca5e23f825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80026" w14:textId="77777777" w:rsidR="00C5423A" w:rsidRDefault="00381A1A">
      <w:pPr>
        <w:pStyle w:val="ListNumber"/>
        <w:keepNext/>
      </w:pPr>
      <w:r>
        <w:t>Click "Next"</w:t>
      </w:r>
    </w:p>
    <w:p w14:paraId="4D5A7A2F" w14:textId="77777777" w:rsidR="00C5423A" w:rsidRDefault="00381A1A">
      <w:r>
        <w:rPr>
          <w:noProof/>
        </w:rPr>
        <w:drawing>
          <wp:inline distT="0" distB="0" distL="0" distR="0" wp14:anchorId="4F9BD302" wp14:editId="27FACE21">
            <wp:extent cx="5486400" cy="30632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fd39fa48ca4a00bc7786a71421a22c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E48C0" w14:textId="77777777" w:rsidR="00C5423A" w:rsidRDefault="00381A1A">
      <w:pPr>
        <w:pStyle w:val="ListNumber"/>
        <w:keepNext/>
      </w:pPr>
      <w:r>
        <w:lastRenderedPageBreak/>
        <w:t>Click "Save Supplier".</w:t>
      </w:r>
    </w:p>
    <w:p w14:paraId="7609A1E6" w14:textId="77777777" w:rsidR="00C5423A" w:rsidRDefault="00381A1A">
      <w:r>
        <w:rPr>
          <w:noProof/>
        </w:rPr>
        <w:drawing>
          <wp:inline distT="0" distB="0" distL="0" distR="0" wp14:anchorId="5BC2946A" wp14:editId="52C48AD6">
            <wp:extent cx="5486400" cy="30632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718d36255648ccb5d908f75accc09f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DE93" w14:textId="77777777" w:rsidR="00C5423A" w:rsidRDefault="00381A1A">
      <w:pPr>
        <w:pStyle w:val="ListNumber"/>
        <w:keepNext/>
      </w:pPr>
      <w:r>
        <w:t>You will receive a pop up message notifying the Supplier was added, click "Close"</w:t>
      </w:r>
    </w:p>
    <w:p w14:paraId="6C2BAE80" w14:textId="77777777" w:rsidR="00C5423A" w:rsidRDefault="00381A1A">
      <w:r>
        <w:rPr>
          <w:noProof/>
        </w:rPr>
        <w:drawing>
          <wp:inline distT="0" distB="0" distL="0" distR="0" wp14:anchorId="590F15E6" wp14:editId="32C7F072">
            <wp:extent cx="5486400" cy="30632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f0ebf3fe5e4f648c34feacdad8fe39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636D" w14:textId="77777777" w:rsidR="00C5423A" w:rsidRDefault="00381A1A">
      <w:pPr>
        <w:pStyle w:val="ListNumber"/>
        <w:keepNext/>
      </w:pPr>
      <w:r>
        <w:lastRenderedPageBreak/>
        <w:t>You will now see the Supplier you added under the "Primary Supplier Directory</w:t>
      </w:r>
    </w:p>
    <w:p w14:paraId="3C3D4169" w14:textId="77777777" w:rsidR="00C5423A" w:rsidRDefault="00381A1A">
      <w:r>
        <w:rPr>
          <w:noProof/>
        </w:rPr>
        <w:drawing>
          <wp:inline distT="0" distB="0" distL="0" distR="0" wp14:anchorId="3B6021BA" wp14:editId="71FAAE04">
            <wp:extent cx="5486400" cy="30632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ef82134d364a7981443e9d7b6f0058.webp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23A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88494916">
    <w:abstractNumId w:val="8"/>
  </w:num>
  <w:num w:numId="2" w16cid:durableId="874804985">
    <w:abstractNumId w:val="6"/>
  </w:num>
  <w:num w:numId="3" w16cid:durableId="1242913708">
    <w:abstractNumId w:val="5"/>
  </w:num>
  <w:num w:numId="4" w16cid:durableId="1266694720">
    <w:abstractNumId w:val="4"/>
  </w:num>
  <w:num w:numId="5" w16cid:durableId="1409645702">
    <w:abstractNumId w:val="7"/>
  </w:num>
  <w:num w:numId="6" w16cid:durableId="696778869">
    <w:abstractNumId w:val="3"/>
  </w:num>
  <w:num w:numId="7" w16cid:durableId="1316371152">
    <w:abstractNumId w:val="2"/>
  </w:num>
  <w:num w:numId="8" w16cid:durableId="1667904162">
    <w:abstractNumId w:val="1"/>
  </w:num>
  <w:num w:numId="9" w16cid:durableId="739913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81A1A"/>
    <w:rsid w:val="009E54D7"/>
    <w:rsid w:val="00AA1D8D"/>
    <w:rsid w:val="00B47730"/>
    <w:rsid w:val="00C5423A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3613DF"/>
  <w14:defaultImageDpi w14:val="300"/>
  <w15:docId w15:val="{C96D3C08-D44D-469F-AFDF-1A4A8860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web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s://ess.gov.bc.ca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web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Kelerstein, Arie EMCR:EX</cp:lastModifiedBy>
  <cp:revision>2</cp:revision>
  <dcterms:created xsi:type="dcterms:W3CDTF">2025-07-14T18:56:00Z</dcterms:created>
  <dcterms:modified xsi:type="dcterms:W3CDTF">2025-07-14T18:56:00Z</dcterms:modified>
  <cp:category/>
</cp:coreProperties>
</file>