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051DB" w14:textId="66DA8E7F" w:rsidR="00F244AD" w:rsidRDefault="00643049">
      <w:pPr>
        <w:pStyle w:val="Heading1"/>
      </w:pPr>
      <w:r>
        <w:t xml:space="preserve">ERA User Guide: </w:t>
      </w:r>
      <w:r w:rsidR="00000000">
        <w:t xml:space="preserve">Adding Responders under Responder </w:t>
      </w:r>
      <w:r>
        <w:t>Management</w:t>
      </w:r>
    </w:p>
    <w:p w14:paraId="15B0EA65" w14:textId="77777777" w:rsidR="00F244AD" w:rsidRDefault="00000000">
      <w:pPr>
        <w:pStyle w:val="Heading2"/>
      </w:pPr>
      <w:r>
        <w:t xml:space="preserve">This guide provides a straightforward process for adding responders  to the Responder Dashboard, ensuring efficient team management. </w:t>
      </w:r>
    </w:p>
    <w:p w14:paraId="3F1CE223" w14:textId="77777777" w:rsidR="00F244AD" w:rsidRDefault="00000000">
      <w:pPr>
        <w:pStyle w:val="ListNumber"/>
        <w:keepNext/>
      </w:pPr>
      <w:r>
        <w:t xml:space="preserve">Navigate to </w:t>
      </w:r>
      <w:hyperlink r:id="rId6">
        <w:r>
          <w:rPr>
            <w:u w:val="single"/>
          </w:rPr>
          <w:t>https://ess.gov.bc.ca/</w:t>
        </w:r>
      </w:hyperlink>
    </w:p>
    <w:p w14:paraId="521C2118" w14:textId="77777777" w:rsidR="00F244AD" w:rsidRDefault="00000000">
      <w:r>
        <w:rPr>
          <w:noProof/>
        </w:rPr>
        <w:drawing>
          <wp:inline distT="0" distB="0" distL="0" distR="0" wp14:anchorId="149861CD" wp14:editId="34ECAD25">
            <wp:extent cx="5486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c08e13f932488cb52ca21ecbce5a14.web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8165" w14:textId="77777777" w:rsidR="00F244AD" w:rsidRDefault="00000000">
      <w:pPr>
        <w:pStyle w:val="ListNumber"/>
        <w:keepNext/>
      </w:pPr>
      <w:r>
        <w:lastRenderedPageBreak/>
        <w:t>Scroll down and click "Responder Portal Login"</w:t>
      </w:r>
    </w:p>
    <w:p w14:paraId="3F26B3D8" w14:textId="77777777" w:rsidR="00F244AD" w:rsidRDefault="00000000">
      <w:r>
        <w:rPr>
          <w:noProof/>
        </w:rPr>
        <w:drawing>
          <wp:inline distT="0" distB="0" distL="0" distR="0" wp14:anchorId="76BB3CB4" wp14:editId="0814C48C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a704906e1b465789155d318714229f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2921" w14:textId="77777777" w:rsidR="00F244AD" w:rsidRDefault="00000000">
      <w:pPr>
        <w:pStyle w:val="ListNumber"/>
        <w:keepNext/>
      </w:pPr>
      <w:r>
        <w:t>Click "Log in to Live"</w:t>
      </w:r>
    </w:p>
    <w:p w14:paraId="620CB1A6" w14:textId="77777777" w:rsidR="00F244AD" w:rsidRDefault="00000000">
      <w:r>
        <w:rPr>
          <w:noProof/>
        </w:rPr>
        <w:drawing>
          <wp:inline distT="0" distB="0" distL="0" distR="0" wp14:anchorId="1FC4EBC7" wp14:editId="6095FE9E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3d2c8601a74358a5419f8344e42ee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2544" w14:textId="77777777" w:rsidR="00F244AD" w:rsidRDefault="00000000">
      <w:pPr>
        <w:pStyle w:val="ListNumber"/>
        <w:keepNext/>
      </w:pPr>
      <w:r>
        <w:lastRenderedPageBreak/>
        <w:t>Enter your BCeID</w:t>
      </w:r>
    </w:p>
    <w:p w14:paraId="7F8A741F" w14:textId="77777777" w:rsidR="00F244AD" w:rsidRDefault="00000000">
      <w:r>
        <w:rPr>
          <w:noProof/>
        </w:rPr>
        <w:drawing>
          <wp:inline distT="0" distB="0" distL="0" distR="0" wp14:anchorId="7555DE9E" wp14:editId="7A4A50D3">
            <wp:extent cx="5486400" cy="30586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11c78ed91e453fa4a667da4d7c47aa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C1F8" w14:textId="77777777" w:rsidR="00F244AD" w:rsidRDefault="00000000">
      <w:pPr>
        <w:pStyle w:val="ListNumber"/>
        <w:keepNext/>
      </w:pPr>
      <w:r>
        <w:t>Enter your Password</w:t>
      </w:r>
    </w:p>
    <w:p w14:paraId="753F38E8" w14:textId="77777777" w:rsidR="00F244AD" w:rsidRDefault="00000000">
      <w:r>
        <w:rPr>
          <w:noProof/>
        </w:rPr>
        <w:drawing>
          <wp:inline distT="0" distB="0" distL="0" distR="0" wp14:anchorId="100BB18E" wp14:editId="2BA754A7">
            <wp:extent cx="5486400" cy="306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f4f7e075284b2784e03ee6eb7b408a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1931" w14:textId="77777777" w:rsidR="00F244AD" w:rsidRDefault="00000000">
      <w:pPr>
        <w:pStyle w:val="ListNumber"/>
        <w:keepNext/>
      </w:pPr>
      <w:r>
        <w:lastRenderedPageBreak/>
        <w:t>Click "Continue".</w:t>
      </w:r>
    </w:p>
    <w:p w14:paraId="150E187D" w14:textId="77777777" w:rsidR="00F244AD" w:rsidRDefault="00000000">
      <w:r>
        <w:rPr>
          <w:noProof/>
        </w:rPr>
        <w:drawing>
          <wp:inline distT="0" distB="0" distL="0" distR="0" wp14:anchorId="4D6749C2" wp14:editId="0E856F12">
            <wp:extent cx="5486400" cy="3063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ccd9a943f42d5bdb44a6474490fdf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22EA" w14:textId="77777777" w:rsidR="00F244AD" w:rsidRDefault="00000000">
      <w:pPr>
        <w:pStyle w:val="ListNumber"/>
        <w:keepNext/>
      </w:pPr>
      <w:r>
        <w:t>Click "Responder Management"</w:t>
      </w:r>
    </w:p>
    <w:p w14:paraId="771E4AFD" w14:textId="77777777" w:rsidR="00F244AD" w:rsidRDefault="00000000">
      <w:r>
        <w:rPr>
          <w:noProof/>
        </w:rPr>
        <w:drawing>
          <wp:inline distT="0" distB="0" distL="0" distR="0" wp14:anchorId="3002C5FB" wp14:editId="7571E9C0">
            <wp:extent cx="5486400" cy="3063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530b6a08c43af89282b85c389830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BFE6" w14:textId="77777777" w:rsidR="00F244AD" w:rsidRDefault="00000000">
      <w:pPr>
        <w:pStyle w:val="ListNumber"/>
        <w:keepNext/>
      </w:pPr>
      <w:r>
        <w:lastRenderedPageBreak/>
        <w:t>You will see a list of responders added to your ESS Team</w:t>
      </w:r>
    </w:p>
    <w:p w14:paraId="22E1BB4A" w14:textId="77777777" w:rsidR="00F244AD" w:rsidRDefault="00000000">
      <w:r>
        <w:rPr>
          <w:noProof/>
        </w:rPr>
        <w:drawing>
          <wp:inline distT="0" distB="0" distL="0" distR="0" wp14:anchorId="2E21541A" wp14:editId="4FA42BE8">
            <wp:extent cx="5486400" cy="3063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5a1c44dfd438d8c90ed102caad8ff.web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CC77" w14:textId="77777777" w:rsidR="00F244AD" w:rsidRDefault="00000000">
      <w:pPr>
        <w:pStyle w:val="ListNumber"/>
        <w:keepNext/>
      </w:pPr>
      <w:r>
        <w:t>Click "Add Team Members"</w:t>
      </w:r>
    </w:p>
    <w:p w14:paraId="0CE2CF1E" w14:textId="77777777" w:rsidR="00F244AD" w:rsidRDefault="00000000">
      <w:r>
        <w:rPr>
          <w:noProof/>
        </w:rPr>
        <w:drawing>
          <wp:inline distT="0" distB="0" distL="0" distR="0" wp14:anchorId="6835418A" wp14:editId="5E20384D">
            <wp:extent cx="5486400" cy="3063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0cecbdf8643f8bbde6245ddeb534d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7C39" w14:textId="77777777" w:rsidR="00F244AD" w:rsidRDefault="00000000">
      <w:pPr>
        <w:pStyle w:val="ListNumber"/>
        <w:keepNext/>
      </w:pPr>
      <w:r>
        <w:lastRenderedPageBreak/>
        <w:t>Click the "First Name" field and enter the responders first name</w:t>
      </w:r>
    </w:p>
    <w:p w14:paraId="031A9E1B" w14:textId="77777777" w:rsidR="00F244AD" w:rsidRDefault="00000000">
      <w:r>
        <w:rPr>
          <w:noProof/>
        </w:rPr>
        <w:drawing>
          <wp:inline distT="0" distB="0" distL="0" distR="0" wp14:anchorId="151CD4C4" wp14:editId="0E1B212C">
            <wp:extent cx="5486400" cy="3063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325df364d140128279735e8564a5b0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2DFA" w14:textId="77777777" w:rsidR="00F244AD" w:rsidRDefault="00000000">
      <w:pPr>
        <w:pStyle w:val="ListNumber"/>
        <w:keepNext/>
      </w:pPr>
      <w:r>
        <w:t>Click the "Last Name" field and enter the responders last name</w:t>
      </w:r>
    </w:p>
    <w:p w14:paraId="6660A431" w14:textId="77777777" w:rsidR="00F244AD" w:rsidRDefault="00000000">
      <w:r>
        <w:rPr>
          <w:noProof/>
        </w:rPr>
        <w:drawing>
          <wp:inline distT="0" distB="0" distL="0" distR="0" wp14:anchorId="41D450C7" wp14:editId="092BBA30">
            <wp:extent cx="54864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c63d473fa4e5cb13c652d28b48dde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CA83" w14:textId="77777777" w:rsidR="00F244AD" w:rsidRDefault="00000000">
      <w:pPr>
        <w:pStyle w:val="ListNumber"/>
        <w:keepNext/>
      </w:pPr>
      <w:r>
        <w:lastRenderedPageBreak/>
        <w:t>Click the "BCeID Username" field and enter the responders Basic or Business BCeID .</w:t>
      </w:r>
    </w:p>
    <w:p w14:paraId="0870CDD9" w14:textId="77777777" w:rsidR="00F244AD" w:rsidRDefault="00000000">
      <w:r>
        <w:rPr>
          <w:noProof/>
        </w:rPr>
        <w:drawing>
          <wp:inline distT="0" distB="0" distL="0" distR="0" wp14:anchorId="6D927962" wp14:editId="27479C6A">
            <wp:extent cx="5486400" cy="3063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c395f5b6f24f5dbc06b71ddeb7c6fa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B188" w14:textId="77777777" w:rsidR="00F244AD" w:rsidRDefault="00000000">
      <w:pPr>
        <w:pStyle w:val="ListNumber"/>
        <w:keepNext/>
      </w:pPr>
      <w:r>
        <w:t>Click on the "User Role" field.</w:t>
      </w:r>
    </w:p>
    <w:p w14:paraId="0BC894FD" w14:textId="77777777" w:rsidR="00F244AD" w:rsidRDefault="00000000">
      <w:r>
        <w:rPr>
          <w:noProof/>
        </w:rPr>
        <w:drawing>
          <wp:inline distT="0" distB="0" distL="0" distR="0" wp14:anchorId="01485312" wp14:editId="4EA794BB">
            <wp:extent cx="5486400" cy="306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27ac83fe4492c94b387617b569f1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5493" w14:textId="77777777" w:rsidR="00F244AD" w:rsidRDefault="00000000">
      <w:pPr>
        <w:pStyle w:val="ListNumber"/>
        <w:keepNext/>
      </w:pPr>
      <w:r>
        <w:lastRenderedPageBreak/>
        <w:t>Select the appropriate User Role Tier Status</w:t>
      </w:r>
    </w:p>
    <w:p w14:paraId="3FA15AC0" w14:textId="77777777" w:rsidR="00F244AD" w:rsidRDefault="00000000">
      <w:r>
        <w:rPr>
          <w:noProof/>
        </w:rPr>
        <w:drawing>
          <wp:inline distT="0" distB="0" distL="0" distR="0" wp14:anchorId="0E01B6CF" wp14:editId="72CEDF37">
            <wp:extent cx="5486400" cy="3063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e0417f4a6d4d7dbed7110aada5017a.web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5F4D" w14:textId="77777777" w:rsidR="00F244AD" w:rsidRDefault="00000000">
      <w:pPr>
        <w:pStyle w:val="ListNumber"/>
        <w:keepNext/>
      </w:pPr>
      <w:r>
        <w:t>If needed, click on the "Add Optional Label" field.</w:t>
      </w:r>
    </w:p>
    <w:p w14:paraId="640BE7DC" w14:textId="77777777" w:rsidR="00F244AD" w:rsidRDefault="00000000">
      <w:r>
        <w:rPr>
          <w:noProof/>
        </w:rPr>
        <w:drawing>
          <wp:inline distT="0" distB="0" distL="0" distR="0" wp14:anchorId="05562DC8" wp14:editId="5626FB3E">
            <wp:extent cx="5486400" cy="3063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41bcdc5aa4b61bb40fe598ec1ae3d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C96D" w14:textId="77777777" w:rsidR="00F244AD" w:rsidRDefault="00000000">
      <w:pPr>
        <w:pStyle w:val="ListNumber"/>
        <w:keepNext/>
      </w:pPr>
      <w:r>
        <w:lastRenderedPageBreak/>
        <w:t>Select the appropriate label</w:t>
      </w:r>
    </w:p>
    <w:p w14:paraId="799E20A7" w14:textId="77777777" w:rsidR="00F244AD" w:rsidRDefault="00000000">
      <w:r>
        <w:rPr>
          <w:noProof/>
        </w:rPr>
        <w:drawing>
          <wp:inline distT="0" distB="0" distL="0" distR="0" wp14:anchorId="30814C18" wp14:editId="6B511500">
            <wp:extent cx="5486400" cy="3063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bea7394881439fbf4ab612e0a4f511.web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A080" w14:textId="77777777" w:rsidR="00F244AD" w:rsidRDefault="00000000">
      <w:pPr>
        <w:pStyle w:val="ListNumber"/>
        <w:keepNext/>
      </w:pPr>
      <w:r>
        <w:t>Click "Next"</w:t>
      </w:r>
    </w:p>
    <w:p w14:paraId="36B535D4" w14:textId="77777777" w:rsidR="00F244AD" w:rsidRDefault="00000000">
      <w:r>
        <w:rPr>
          <w:noProof/>
        </w:rPr>
        <w:drawing>
          <wp:inline distT="0" distB="0" distL="0" distR="0" wp14:anchorId="209F8A80" wp14:editId="239120C0">
            <wp:extent cx="5486400" cy="3063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f11e0ca778406d9dc57959afb49507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CBFF" w14:textId="77777777" w:rsidR="00F244AD" w:rsidRDefault="00000000">
      <w:pPr>
        <w:pStyle w:val="ListNumber"/>
        <w:keepNext/>
      </w:pPr>
      <w:r>
        <w:lastRenderedPageBreak/>
        <w:t>Click "Save"</w:t>
      </w:r>
    </w:p>
    <w:p w14:paraId="5E44E880" w14:textId="77777777" w:rsidR="00F244AD" w:rsidRDefault="00000000">
      <w:r>
        <w:rPr>
          <w:noProof/>
        </w:rPr>
        <w:drawing>
          <wp:inline distT="0" distB="0" distL="0" distR="0" wp14:anchorId="11A22DD6" wp14:editId="15C5142E">
            <wp:extent cx="5486400" cy="3063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898b81e8a4d719a9bb6c0894da9e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4A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4252187">
    <w:abstractNumId w:val="8"/>
  </w:num>
  <w:num w:numId="2" w16cid:durableId="1079789927">
    <w:abstractNumId w:val="6"/>
  </w:num>
  <w:num w:numId="3" w16cid:durableId="692195183">
    <w:abstractNumId w:val="5"/>
  </w:num>
  <w:num w:numId="4" w16cid:durableId="538977574">
    <w:abstractNumId w:val="4"/>
  </w:num>
  <w:num w:numId="5" w16cid:durableId="682978373">
    <w:abstractNumId w:val="7"/>
  </w:num>
  <w:num w:numId="6" w16cid:durableId="34552020">
    <w:abstractNumId w:val="3"/>
  </w:num>
  <w:num w:numId="7" w16cid:durableId="561407983">
    <w:abstractNumId w:val="2"/>
  </w:num>
  <w:num w:numId="8" w16cid:durableId="173232432">
    <w:abstractNumId w:val="1"/>
  </w:num>
  <w:num w:numId="9" w16cid:durableId="839319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43049"/>
    <w:rsid w:val="00741246"/>
    <w:rsid w:val="00AA1D8D"/>
    <w:rsid w:val="00B47730"/>
    <w:rsid w:val="00CB0664"/>
    <w:rsid w:val="00CD1583"/>
    <w:rsid w:val="00F244A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39C6F8"/>
  <w14:defaultImageDpi w14:val="300"/>
  <w15:docId w15:val="{56506EC3-A1E5-47CD-AC5C-BBE035CD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web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webp"/><Relationship Id="rId1" Type="http://schemas.openxmlformats.org/officeDocument/2006/relationships/customXml" Target="../customXml/item1.xml"/><Relationship Id="rId6" Type="http://schemas.openxmlformats.org/officeDocument/2006/relationships/hyperlink" Target="https://ess.gov.bc.c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webp"/><Relationship Id="rId22" Type="http://schemas.openxmlformats.org/officeDocument/2006/relationships/image" Target="media/image16.web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3</cp:revision>
  <dcterms:created xsi:type="dcterms:W3CDTF">2025-07-14T17:55:00Z</dcterms:created>
  <dcterms:modified xsi:type="dcterms:W3CDTF">2025-07-14T17:55:00Z</dcterms:modified>
  <cp:category/>
</cp:coreProperties>
</file>